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-62724873"/>
        <w:docPartObj>
          <w:docPartGallery w:val="Cover Pages"/>
          <w:docPartUnique/>
        </w:docPartObj>
      </w:sdtPr>
      <w:sdtEndPr>
        <w:rPr>
          <w:rFonts w:ascii="Arial" w:hAnsi="Arial" w:cs="Arial"/>
        </w:rPr>
      </w:sdtEndPr>
      <w:sdtContent>
        <w:p w14:paraId="1CBCEA72" w14:textId="6EA65543" w:rsidR="004D5CFE" w:rsidRDefault="004D5CFE"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59264" behindDoc="1" locked="0" layoutInCell="1" allowOverlap="1" wp14:anchorId="167ACAE5" wp14:editId="7FC65E7F">
                    <wp:simplePos x="0" y="0"/>
                    <wp:positionH relativeFrom="page">
                      <wp:align>center</wp:align>
                    </wp:positionH>
                    <wp:positionV relativeFrom="page">
                      <wp:align>center</wp:align>
                    </wp:positionV>
                    <wp:extent cx="6864824" cy="9123528"/>
                    <wp:effectExtent l="0" t="0" r="2540" b="635"/>
                    <wp:wrapNone/>
                    <wp:docPr id="193" name="Group 198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6864824" cy="9123528"/>
                              <a:chOff x="0" y="0"/>
                              <a:chExt cx="6864824" cy="9123528"/>
                            </a:xfrm>
                          </wpg:grpSpPr>
                          <wps:wsp>
                            <wps:cNvPr id="194" name="Rectangle 194"/>
                            <wps:cNvSpPr/>
                            <wps:spPr>
                              <a:xfrm>
                                <a:off x="0" y="0"/>
                                <a:ext cx="6858000" cy="1371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95" name="Rectangle 195"/>
                            <wps:cNvSpPr/>
                            <wps:spPr>
                              <a:xfrm>
                                <a:off x="0" y="4094328"/>
                                <a:ext cx="6858000" cy="50292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color w:val="FFFFFF" w:themeColor="background1"/>
                                    </w:rPr>
                                    <w:alias w:val="Author"/>
                                    <w:tag w:val=""/>
                                    <w:id w:val="945428907"/>
                                    <w:showingPlcHdr/>
  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  <w:text/>
                                  </w:sdtPr>
                                  <w:sdtContent>
                                    <w:p w14:paraId="0B583400" w14:textId="3119CCF5" w:rsidR="004D5CFE" w:rsidRDefault="004D5CFE">
                                      <w:pPr>
                                        <w:pStyle w:val="NoSpacing"/>
                                        <w:spacing w:before="120"/>
                                        <w:jc w:val="center"/>
                                        <w:rPr>
                                          <w:color w:val="FFFFFF" w:themeColor="background1"/>
                                        </w:rPr>
                                      </w:pPr>
                                      <w:r>
                                        <w:rPr>
                                          <w:color w:val="FFFFFF" w:themeColor="background1"/>
                                        </w:rPr>
                                        <w:t xml:space="preserve">     </w:t>
                                      </w:r>
                                    </w:p>
                                  </w:sdtContent>
                                </w:sdt>
                                <w:p w14:paraId="51CFA7BC" w14:textId="0D30B0DD" w:rsidR="004D5CFE" w:rsidRDefault="00000000">
                                  <w:pPr>
                                    <w:pStyle w:val="NoSpacing"/>
                                    <w:spacing w:before="120"/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  <w:sdt>
                                    <w:sdtPr>
                                      <w:rPr>
                                        <w:caps/>
                                        <w:color w:val="FFFFFF" w:themeColor="background1"/>
                                      </w:rPr>
                                      <w:alias w:val="Company"/>
                                      <w:tag w:val=""/>
                                      <w:id w:val="1618182777"/>
  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  <w:text/>
                                    </w:sdtPr>
                                    <w:sdtContent>
                                      <w:r w:rsidR="004D5CFE">
                                        <w:rPr>
                                          <w:caps/>
                                          <w:color w:val="FFFFFF" w:themeColor="background1"/>
                                        </w:rPr>
                                        <w:t>Burnley Borough Council</w:t>
                                      </w:r>
                                    </w:sdtContent>
                                  </w:sdt>
                                  <w:r w:rsidR="004D5CFE">
                                    <w:rPr>
                                      <w:color w:val="FFFFFF" w:themeColor="background1"/>
                                    </w:rPr>
                                    <w:t>  </w:t>
                                  </w:r>
                                  <w:sdt>
                                    <w:sdtPr>
                                      <w:rPr>
                                        <w:color w:val="FFFFFF" w:themeColor="background1"/>
                                      </w:rPr>
                                      <w:alias w:val="Address"/>
                                      <w:tag w:val=""/>
                                      <w:id w:val="-253358678"/>
                                      <w:showingPlcHdr/>
  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  <w:text/>
                                    </w:sdtPr>
                                    <w:sdtContent>
                                      <w:r w:rsidR="004D5CFE">
                                        <w:rPr>
                                          <w:color w:val="FFFFFF" w:themeColor="background1"/>
                                        </w:rPr>
                                        <w:t xml:space="preserve">     </w:t>
                                      </w:r>
                                    </w:sdtContent>
                                  </w:sdt>
                                </w:p>
                              </w:txbxContent>
                            </wps:txbx>
                            <wps:bodyPr rot="0" spcFirstLastPara="0" vertOverflow="overflow" horzOverflow="overflow" vert="horz" wrap="square" lIns="457200" tIns="731520" rIns="457200" bIns="457200" numCol="1" spcCol="0" rtlCol="0" fromWordArt="0" anchor="b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96" name="Text Box 196"/>
                            <wps:cNvSpPr txBox="1"/>
                            <wps:spPr>
                              <a:xfrm>
                                <a:off x="6824" y="1371600"/>
                                <a:ext cx="6858000" cy="272272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rFonts w:asciiTheme="majorHAnsi" w:eastAsiaTheme="majorEastAsia" w:hAnsiTheme="majorHAnsi" w:cstheme="majorBidi"/>
                                      <w:caps/>
                                      <w:color w:val="4F81BD" w:themeColor="accent1"/>
                                      <w:sz w:val="72"/>
                                      <w:szCs w:val="72"/>
                                    </w:rPr>
                                    <w:alias w:val="Title"/>
                                    <w:tag w:val=""/>
                                    <w:id w:val="-9991715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/>
                                  </w:sdtPr>
                                  <w:sdtContent>
                                    <w:p w14:paraId="36168C20" w14:textId="2BA26984" w:rsidR="004D5CFE" w:rsidRDefault="004D5CFE">
                                      <w:pPr>
                                        <w:pStyle w:val="NoSpacing"/>
                                        <w:jc w:val="center"/>
                                        <w:rPr>
                                          <w:rFonts w:asciiTheme="majorHAnsi" w:eastAsiaTheme="majorEastAsia" w:hAnsiTheme="majorHAnsi" w:cstheme="majorBidi"/>
                                          <w:caps/>
                                          <w:color w:val="4F81BD" w:themeColor="accent1"/>
                                          <w:sz w:val="72"/>
                                          <w:szCs w:val="72"/>
                                        </w:rPr>
                                      </w:pPr>
                                      <w:r w:rsidRPr="004D5CFE">
                                        <w:rPr>
                                          <w:rFonts w:asciiTheme="majorHAnsi" w:eastAsiaTheme="majorEastAsia" w:hAnsiTheme="majorHAnsi" w:cstheme="majorBidi"/>
                                          <w:caps/>
                                          <w:color w:val="4F81BD" w:themeColor="accent1"/>
                                          <w:sz w:val="72"/>
                                          <w:szCs w:val="72"/>
                                        </w:rPr>
                                        <w:t>Community Pride Small Grants Programme 2026/27</w:t>
                                      </w:r>
                                      <w:r>
                                        <w:rPr>
                                          <w:rFonts w:asciiTheme="majorHAnsi" w:eastAsiaTheme="majorEastAsia" w:hAnsiTheme="majorHAnsi" w:cstheme="majorBidi"/>
                                          <w:caps/>
                                          <w:color w:val="4F81BD" w:themeColor="accent1"/>
                                          <w:sz w:val="72"/>
                                          <w:szCs w:val="72"/>
                                        </w:rPr>
                                        <w:t xml:space="preserve"> Grant Pack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spcFirstLastPara="0" vertOverflow="overflow" horzOverflow="overflow" vert="horz" wrap="square" lIns="457200" tIns="91440" rIns="457200" bIns="9144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88200</wp14:pctWidth>
                    </wp14:sizeRelH>
                    <wp14:sizeRelV relativeFrom="page">
                      <wp14:pctHeight>90900</wp14:pctHeight>
                    </wp14:sizeRelV>
                  </wp:anchor>
                </w:drawing>
              </mc:Choice>
              <mc:Fallback>
                <w:pict>
                  <v:group w14:anchorId="167ACAE5" id="Group 198" o:spid="_x0000_s1026" style="position:absolute;margin-left:0;margin-top:0;width:540.55pt;height:718.4pt;z-index:-251657216;mso-width-percent:882;mso-height-percent:909;mso-position-horizontal:center;mso-position-horizontal-relative:page;mso-position-vertical:center;mso-position-vertical-relative:page;mso-width-percent:882;mso-height-percent:909" coordsize="68648,91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">
                    <v:rect id="Rectangle 194" o:spid="_x0000_s1027" style="position:absolute;width:68580;height:137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" fillcolor="#4f81bd [3204]" stroked="f" strokeweight="2pt"/>
                    <v:rect id="Rectangle 195" o:spid="_x0000_s1028" style="position:absolute;top:40943;width:68580;height:50292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" fillcolor="#4f81bd [3204]" stroked="f" strokeweight="2pt">
                      <v:textbox inset="36pt,57.6pt,36pt,36pt">
                        <w:txbxContent>
                          <w:sdt>
                            <w:sdtPr>
                              <w:rPr>
                                <w:color w:val="FFFFFF" w:themeColor="background1"/>
                              </w:rPr>
                              <w:alias w:val="Author"/>
                              <w:tag w:val=""/>
                              <w:id w:val="945428907"/>
                              <w:showingPlcHdr/>
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<w:text/>
                            </w:sdtPr>
                            <w:sdtContent>
                              <w:p w14:paraId="0B583400" w14:textId="3119CCF5" w:rsidR="004D5CFE" w:rsidRDefault="004D5CFE">
                                <w:pPr>
                                  <w:pStyle w:val="NoSpacing"/>
                                  <w:spacing w:before="120"/>
                                  <w:jc w:val="center"/>
                                  <w:rPr>
                                    <w:color w:val="FFFFFF" w:themeColor="background1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</w:rPr>
                                  <w:t xml:space="preserve">     </w:t>
                                </w:r>
                              </w:p>
                            </w:sdtContent>
                          </w:sdt>
                          <w:p w14:paraId="51CFA7BC" w14:textId="0D30B0DD" w:rsidR="004D5CFE" w:rsidRDefault="00000000">
                            <w:pPr>
                              <w:pStyle w:val="NoSpacing"/>
                              <w:spacing w:before="120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sdt>
                              <w:sdtPr>
                                <w:rPr>
                                  <w:caps/>
                                  <w:color w:val="FFFFFF" w:themeColor="background1"/>
                                </w:rPr>
                                <w:alias w:val="Company"/>
                                <w:tag w:val=""/>
                                <w:id w:val="1618182777"/>
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<w:text/>
                              </w:sdtPr>
                              <w:sdtContent>
                                <w:r w:rsidR="004D5CFE">
                                  <w:rPr>
                                    <w:caps/>
                                    <w:color w:val="FFFFFF" w:themeColor="background1"/>
                                  </w:rPr>
                                  <w:t>Burnley Borough Council</w:t>
                                </w:r>
                              </w:sdtContent>
                            </w:sdt>
                            <w:r w:rsidR="004D5CFE">
                              <w:rPr>
                                <w:color w:val="FFFFFF" w:themeColor="background1"/>
                              </w:rPr>
                              <w:t>  </w:t>
                            </w:r>
                            <w:sdt>
                              <w:sdtPr>
                                <w:rPr>
                                  <w:color w:val="FFFFFF" w:themeColor="background1"/>
                                </w:rPr>
                                <w:alias w:val="Address"/>
                                <w:tag w:val=""/>
                                <w:id w:val="-253358678"/>
                                <w:showingPlcHdr/>
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<w:text/>
                              </w:sdtPr>
                              <w:sdtContent>
                                <w:r w:rsidR="004D5CFE">
                                  <w:rPr>
                                    <w:color w:val="FFFFFF" w:themeColor="background1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</w:txbxContent>
                      </v:textbox>
                    </v:re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96" o:spid="_x0000_s1029" type="#_x0000_t202" style="position:absolute;left:68;top:13716;width:68580;height:272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" fillcolor="white [3212]" stroked="f" strokeweight=".5pt">
                      <v:textbox inset="36pt,7.2pt,36pt,7.2pt">
                        <w:txbxContent>
                          <w:sdt>
                            <w:sdtPr>
                              <w:rPr>
                                <w:rFonts w:asciiTheme="majorHAnsi" w:eastAsiaTheme="majorEastAsia" w:hAnsiTheme="majorHAnsi" w:cstheme="majorBidi"/>
                                <w:caps/>
                                <w:color w:val="4F81BD" w:themeColor="accent1"/>
                                <w:sz w:val="72"/>
                                <w:szCs w:val="72"/>
                              </w:rPr>
                              <w:alias w:val="Title"/>
                              <w:tag w:val=""/>
                              <w:id w:val="-9991715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p w14:paraId="36168C20" w14:textId="2BA26984" w:rsidR="004D5CFE" w:rsidRDefault="004D5CFE">
                                <w:pPr>
                                  <w:pStyle w:val="NoSpacing"/>
                                  <w:jc w:val="center"/>
                                  <w:rPr>
                                    <w:rFonts w:asciiTheme="majorHAnsi" w:eastAsiaTheme="majorEastAsia" w:hAnsiTheme="majorHAnsi" w:cstheme="majorBidi"/>
                                    <w:caps/>
                                    <w:color w:val="4F81BD" w:themeColor="accent1"/>
                                    <w:sz w:val="72"/>
                                    <w:szCs w:val="72"/>
                                  </w:rPr>
                                </w:pPr>
                                <w:r w:rsidRPr="004D5CFE">
                                  <w:rPr>
                                    <w:rFonts w:asciiTheme="majorHAnsi" w:eastAsiaTheme="majorEastAsia" w:hAnsiTheme="majorHAnsi" w:cstheme="majorBidi"/>
                                    <w:caps/>
                                    <w:color w:val="4F81BD" w:themeColor="accent1"/>
                                    <w:sz w:val="72"/>
                                    <w:szCs w:val="72"/>
                                  </w:rPr>
                                  <w:t>Community Pride Small Grants Programme 2026/27</w:t>
                                </w:r>
                                <w:r>
                                  <w:rPr>
                                    <w:rFonts w:asciiTheme="majorHAnsi" w:eastAsiaTheme="majorEastAsia" w:hAnsiTheme="majorHAnsi" w:cstheme="majorBidi"/>
                                    <w:caps/>
                                    <w:color w:val="4F81BD" w:themeColor="accent1"/>
                                    <w:sz w:val="72"/>
                                    <w:szCs w:val="72"/>
                                  </w:rPr>
                                  <w:t xml:space="preserve"> Grant Pack</w:t>
                                </w:r>
                              </w:p>
                            </w:sdtContent>
                          </w:sdt>
                        </w:txbxContent>
                      </v:textbox>
                    </v:shape>
                    <w10:wrap anchorx="page" anchory="page"/>
                  </v:group>
                </w:pict>
              </mc:Fallback>
            </mc:AlternateContent>
          </w:r>
        </w:p>
        <w:p w14:paraId="7D499DAA" w14:textId="49F4CB44" w:rsidR="00B667A5" w:rsidRPr="0008110E" w:rsidRDefault="004D5CFE">
          <w:pPr>
            <w:rPr>
              <w:rFonts w:ascii="Arial" w:eastAsiaTheme="majorEastAsia" w:hAnsi="Arial" w:cs="Arial"/>
              <w:b/>
              <w:bCs/>
              <w:color w:val="365F91" w:themeColor="accent1" w:themeShade="BF"/>
              <w:sz w:val="28"/>
              <w:szCs w:val="28"/>
            </w:rPr>
          </w:pPr>
          <w:r>
            <w:rPr>
              <w:rFonts w:ascii="Arial" w:hAnsi="Arial" w:cs="Arial"/>
            </w:rPr>
            <w:br w:type="page"/>
          </w:r>
        </w:p>
      </w:sdtContent>
    </w:sdt>
    <w:p w14:paraId="0C3285A9" w14:textId="77777777" w:rsidR="00B667A5" w:rsidRPr="00560725" w:rsidRDefault="006E104C">
      <w:pPr>
        <w:pStyle w:val="Heading1"/>
        <w:rPr>
          <w:rFonts w:ascii="Arial" w:hAnsi="Arial" w:cs="Arial"/>
        </w:rPr>
      </w:pPr>
      <w:r w:rsidRPr="00560725">
        <w:rPr>
          <w:rFonts w:ascii="Arial" w:hAnsi="Arial" w:cs="Arial"/>
        </w:rPr>
        <w:lastRenderedPageBreak/>
        <w:t>Contents</w:t>
      </w:r>
    </w:p>
    <w:p w14:paraId="093E6476" w14:textId="77777777" w:rsidR="00B667A5" w:rsidRPr="00560725" w:rsidRDefault="006E104C">
      <w:pPr>
        <w:rPr>
          <w:rFonts w:ascii="Arial" w:hAnsi="Arial" w:cs="Arial"/>
        </w:rPr>
      </w:pPr>
      <w:r w:rsidRPr="00560725">
        <w:rPr>
          <w:rFonts w:ascii="Arial" w:hAnsi="Arial" w:cs="Arial"/>
        </w:rPr>
        <w:t>1. Application Form</w:t>
      </w:r>
    </w:p>
    <w:p w14:paraId="39A0C1F5" w14:textId="77777777" w:rsidR="00B667A5" w:rsidRPr="00560725" w:rsidRDefault="006E104C">
      <w:pPr>
        <w:rPr>
          <w:rFonts w:ascii="Arial" w:hAnsi="Arial" w:cs="Arial"/>
        </w:rPr>
      </w:pPr>
      <w:r w:rsidRPr="00560725">
        <w:rPr>
          <w:rFonts w:ascii="Arial" w:hAnsi="Arial" w:cs="Arial"/>
        </w:rPr>
        <w:t>2. Guidance Notes for Applicants</w:t>
      </w:r>
    </w:p>
    <w:p w14:paraId="673DAB98" w14:textId="77777777" w:rsidR="00B667A5" w:rsidRPr="00560725" w:rsidRDefault="006E104C">
      <w:pPr>
        <w:rPr>
          <w:rFonts w:ascii="Arial" w:hAnsi="Arial" w:cs="Arial"/>
        </w:rPr>
      </w:pPr>
      <w:r w:rsidRPr="00560725">
        <w:rPr>
          <w:rFonts w:ascii="Arial" w:hAnsi="Arial" w:cs="Arial"/>
        </w:rPr>
        <w:t>3. Eligibility Assessment Checklist</w:t>
      </w:r>
    </w:p>
    <w:p w14:paraId="43ECCD05" w14:textId="77777777" w:rsidR="00B667A5" w:rsidRPr="00560725" w:rsidRDefault="006E104C">
      <w:pPr>
        <w:rPr>
          <w:rFonts w:ascii="Arial" w:hAnsi="Arial" w:cs="Arial"/>
        </w:rPr>
      </w:pPr>
      <w:r w:rsidRPr="00560725">
        <w:rPr>
          <w:rFonts w:ascii="Arial" w:hAnsi="Arial" w:cs="Arial"/>
        </w:rPr>
        <w:t>4. Assessment Panel Scoring Sheet</w:t>
      </w:r>
    </w:p>
    <w:p w14:paraId="6E821ABF" w14:textId="77777777" w:rsidR="00B667A5" w:rsidRPr="00560725" w:rsidRDefault="006E104C">
      <w:pPr>
        <w:rPr>
          <w:rFonts w:ascii="Arial" w:hAnsi="Arial" w:cs="Arial"/>
        </w:rPr>
      </w:pPr>
      <w:r w:rsidRPr="00560725">
        <w:rPr>
          <w:rFonts w:ascii="Arial" w:hAnsi="Arial" w:cs="Arial"/>
        </w:rPr>
        <w:t>5. Panel Moderation and Decision Record</w:t>
      </w:r>
    </w:p>
    <w:p w14:paraId="1048FABD" w14:textId="77777777" w:rsidR="00B667A5" w:rsidRPr="00560725" w:rsidRDefault="006E104C">
      <w:pPr>
        <w:rPr>
          <w:rFonts w:ascii="Arial" w:hAnsi="Arial" w:cs="Arial"/>
        </w:rPr>
      </w:pPr>
      <w:r w:rsidRPr="00560725">
        <w:rPr>
          <w:rFonts w:ascii="Arial" w:hAnsi="Arial" w:cs="Arial"/>
        </w:rPr>
        <w:br w:type="page"/>
      </w:r>
    </w:p>
    <w:p w14:paraId="5AC7E71F" w14:textId="77777777" w:rsidR="00B667A5" w:rsidRPr="00560725" w:rsidRDefault="006E104C">
      <w:pPr>
        <w:pStyle w:val="Heading1"/>
        <w:rPr>
          <w:rFonts w:ascii="Arial" w:hAnsi="Arial" w:cs="Arial"/>
        </w:rPr>
      </w:pPr>
      <w:r w:rsidRPr="00560725">
        <w:rPr>
          <w:rFonts w:ascii="Arial" w:hAnsi="Arial" w:cs="Arial"/>
        </w:rPr>
        <w:lastRenderedPageBreak/>
        <w:t>1. Community Pride Small Grants Application Form</w:t>
      </w:r>
    </w:p>
    <w:p w14:paraId="7E9526EE" w14:textId="77777777" w:rsidR="008952DA" w:rsidRDefault="008952DA" w:rsidP="00664EF8">
      <w:pPr>
        <w:spacing w:after="0" w:line="240" w:lineRule="auto"/>
        <w:rPr>
          <w:rFonts w:ascii="Arial" w:hAnsi="Arial" w:cs="Arial"/>
        </w:rPr>
      </w:pPr>
    </w:p>
    <w:p w14:paraId="4B49F841" w14:textId="6566D9C8" w:rsidR="008952DA" w:rsidRPr="0006577F" w:rsidRDefault="001D1D4C" w:rsidP="008952DA">
      <w:pPr>
        <w:keepNext/>
        <w:keepLines/>
        <w:spacing w:before="200" w:after="0"/>
        <w:outlineLvl w:val="1"/>
        <w:rPr>
          <w:rFonts w:ascii="Arial" w:eastAsiaTheme="majorEastAsia" w:hAnsi="Arial" w:cs="Arial"/>
          <w:b/>
          <w:bCs/>
          <w:color w:val="4F81BD" w:themeColor="accent1"/>
          <w:sz w:val="26"/>
          <w:szCs w:val="26"/>
        </w:rPr>
      </w:pPr>
      <w:r>
        <w:rPr>
          <w:rFonts w:ascii="Arial" w:eastAsiaTheme="majorEastAsia" w:hAnsi="Arial" w:cs="Arial"/>
          <w:b/>
          <w:bCs/>
          <w:color w:val="4F81BD" w:themeColor="accent1"/>
          <w:sz w:val="26"/>
          <w:szCs w:val="26"/>
        </w:rPr>
        <w:t>About your organisation</w:t>
      </w:r>
    </w:p>
    <w:p w14:paraId="42548AFF" w14:textId="3B0384CD" w:rsidR="005654BD" w:rsidRDefault="006E104C" w:rsidP="00664EF8">
      <w:pPr>
        <w:spacing w:after="0" w:line="240" w:lineRule="auto"/>
        <w:rPr>
          <w:rFonts w:ascii="Arial" w:hAnsi="Arial" w:cs="Arial"/>
        </w:rPr>
      </w:pPr>
      <w:r w:rsidRPr="00560725">
        <w:rPr>
          <w:rFonts w:ascii="Arial" w:hAnsi="Arial" w:cs="Arial"/>
        </w:rPr>
        <w:t>Organisation Name:</w:t>
      </w:r>
      <w:r w:rsidRPr="00560725">
        <w:rPr>
          <w:rFonts w:ascii="Arial" w:hAnsi="Arial" w:cs="Arial"/>
        </w:rPr>
        <w:br/>
        <w:t>Contact Name:</w:t>
      </w:r>
      <w:r w:rsidRPr="00560725">
        <w:rPr>
          <w:rFonts w:ascii="Arial" w:hAnsi="Arial" w:cs="Arial"/>
        </w:rPr>
        <w:br/>
        <w:t>Position:</w:t>
      </w:r>
      <w:r w:rsidRPr="00560725">
        <w:rPr>
          <w:rFonts w:ascii="Arial" w:hAnsi="Arial" w:cs="Arial"/>
        </w:rPr>
        <w:br/>
        <w:t>Email:</w:t>
      </w:r>
      <w:r w:rsidRPr="00560725">
        <w:rPr>
          <w:rFonts w:ascii="Arial" w:hAnsi="Arial" w:cs="Arial"/>
        </w:rPr>
        <w:br/>
        <w:t>Telephone:</w:t>
      </w:r>
      <w:r w:rsidRPr="00560725">
        <w:rPr>
          <w:rFonts w:ascii="Arial" w:hAnsi="Arial" w:cs="Arial"/>
        </w:rPr>
        <w:br/>
        <w:t>Organisation Type:</w:t>
      </w:r>
    </w:p>
    <w:p w14:paraId="13ED644A" w14:textId="77777777" w:rsidR="005654BD" w:rsidRPr="005654BD" w:rsidRDefault="005654BD" w:rsidP="00664EF8">
      <w:pPr>
        <w:spacing w:after="0" w:line="240" w:lineRule="auto"/>
        <w:rPr>
          <w:rFonts w:ascii="Arial" w:hAnsi="Arial" w:cs="Arial"/>
        </w:rPr>
      </w:pPr>
      <w:r w:rsidRPr="005654BD">
        <w:rPr>
          <w:rFonts w:ascii="Arial" w:hAnsi="Arial" w:cs="Arial"/>
        </w:rPr>
        <w:t>Registered charity / CIC number, if applicable:</w:t>
      </w:r>
    </w:p>
    <w:p w14:paraId="11E80BD0" w14:textId="77777777" w:rsidR="0006577F" w:rsidRDefault="006E104C" w:rsidP="00664EF8">
      <w:pPr>
        <w:spacing w:after="0" w:line="240" w:lineRule="auto"/>
        <w:rPr>
          <w:rFonts w:ascii="Arial" w:hAnsi="Arial" w:cs="Arial"/>
        </w:rPr>
      </w:pPr>
      <w:r w:rsidRPr="00560725">
        <w:rPr>
          <w:rFonts w:ascii="Arial" w:hAnsi="Arial" w:cs="Arial"/>
        </w:rPr>
        <w:t>Project Title:</w:t>
      </w:r>
      <w:r w:rsidRPr="00560725">
        <w:rPr>
          <w:rFonts w:ascii="Arial" w:hAnsi="Arial" w:cs="Arial"/>
        </w:rPr>
        <w:br/>
        <w:t>Amount Requested (£1,000 - £10,000):</w:t>
      </w:r>
      <w:r w:rsidRPr="00560725">
        <w:rPr>
          <w:rFonts w:ascii="Arial" w:hAnsi="Arial" w:cs="Arial"/>
        </w:rPr>
        <w:br/>
      </w:r>
      <w:r w:rsidR="005654BD" w:rsidRPr="005654BD">
        <w:rPr>
          <w:rFonts w:ascii="Arial" w:hAnsi="Arial" w:cs="Arial"/>
        </w:rPr>
        <w:t>Bank account in organisation’s name: Yes / No</w:t>
      </w:r>
    </w:p>
    <w:p w14:paraId="6E57CCDC" w14:textId="39F98E4E" w:rsidR="007E35C9" w:rsidRDefault="007E35C9" w:rsidP="00664EF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Project start and end date</w:t>
      </w:r>
    </w:p>
    <w:p w14:paraId="13B81CAB" w14:textId="77777777" w:rsidR="0006577F" w:rsidRDefault="0006577F" w:rsidP="00664EF8">
      <w:pPr>
        <w:spacing w:after="0" w:line="240" w:lineRule="auto"/>
        <w:rPr>
          <w:rFonts w:ascii="Arial" w:hAnsi="Arial" w:cs="Arial"/>
        </w:rPr>
      </w:pPr>
    </w:p>
    <w:p w14:paraId="1A21EA85" w14:textId="49CA8FBD" w:rsidR="0006577F" w:rsidRPr="0006577F" w:rsidRDefault="0006577F" w:rsidP="0006577F">
      <w:pPr>
        <w:keepNext/>
        <w:keepLines/>
        <w:spacing w:before="200" w:after="0"/>
        <w:outlineLvl w:val="1"/>
        <w:rPr>
          <w:rFonts w:ascii="Arial" w:eastAsiaTheme="majorEastAsia" w:hAnsi="Arial" w:cs="Arial"/>
          <w:b/>
          <w:bCs/>
          <w:color w:val="4F81BD" w:themeColor="accent1"/>
          <w:sz w:val="26"/>
          <w:szCs w:val="26"/>
        </w:rPr>
      </w:pPr>
      <w:r>
        <w:rPr>
          <w:rFonts w:ascii="Arial" w:eastAsiaTheme="majorEastAsia" w:hAnsi="Arial" w:cs="Arial"/>
          <w:b/>
          <w:bCs/>
          <w:color w:val="4F81BD" w:themeColor="accent1"/>
          <w:sz w:val="26"/>
          <w:szCs w:val="26"/>
        </w:rPr>
        <w:t>Eligibility Declaration</w:t>
      </w:r>
    </w:p>
    <w:p w14:paraId="41FA6E86" w14:textId="0AB7F0C7" w:rsidR="00B667A5" w:rsidRPr="00560725" w:rsidRDefault="0006577F" w:rsidP="00664EF8">
      <w:pPr>
        <w:spacing w:after="0" w:line="240" w:lineRule="auto"/>
        <w:rPr>
          <w:rFonts w:ascii="Arial" w:hAnsi="Arial" w:cs="Arial"/>
        </w:rPr>
      </w:pPr>
      <w:r w:rsidRPr="0006577F">
        <w:rPr>
          <w:rFonts w:ascii="Arial" w:hAnsi="Arial" w:cs="Arial"/>
        </w:rPr>
        <w:t>Please confirm your organisation is:</w:t>
      </w:r>
      <w:r w:rsidRPr="0006577F">
        <w:rPr>
          <w:rFonts w:ascii="Arial" w:hAnsi="Arial" w:cs="Arial"/>
        </w:rPr>
        <w:br/>
        <w:t xml:space="preserve">Based in and delivering activity within </w:t>
      </w:r>
      <w:r w:rsidR="007A7680">
        <w:rPr>
          <w:rFonts w:ascii="Arial" w:hAnsi="Arial" w:cs="Arial"/>
        </w:rPr>
        <w:t xml:space="preserve">the </w:t>
      </w:r>
      <w:r w:rsidRPr="0006577F">
        <w:rPr>
          <w:rFonts w:ascii="Arial" w:hAnsi="Arial" w:cs="Arial"/>
        </w:rPr>
        <w:t>Borough</w:t>
      </w:r>
      <w:r w:rsidR="007A7680">
        <w:rPr>
          <w:rFonts w:ascii="Arial" w:hAnsi="Arial" w:cs="Arial"/>
        </w:rPr>
        <w:t xml:space="preserve"> of Burnley</w:t>
      </w:r>
      <w:r w:rsidRPr="0006577F">
        <w:rPr>
          <w:rFonts w:ascii="Arial" w:hAnsi="Arial" w:cs="Arial"/>
        </w:rPr>
        <w:br/>
        <w:t>Not-for-profit</w:t>
      </w:r>
      <w:r w:rsidRPr="0006577F">
        <w:rPr>
          <w:rFonts w:ascii="Arial" w:hAnsi="Arial" w:cs="Arial"/>
        </w:rPr>
        <w:br/>
        <w:t>Properly governed, with a constitution or governing document</w:t>
      </w:r>
      <w:r w:rsidRPr="0006577F">
        <w:rPr>
          <w:rFonts w:ascii="Arial" w:hAnsi="Arial" w:cs="Arial"/>
        </w:rPr>
        <w:br/>
        <w:t>Able to provide insurance documentation</w:t>
      </w:r>
      <w:r w:rsidRPr="0006577F">
        <w:rPr>
          <w:rFonts w:ascii="Arial" w:hAnsi="Arial" w:cs="Arial"/>
        </w:rPr>
        <w:br/>
        <w:t>Able to provide safeguarding policy, if working with children or vulnerable adults</w:t>
      </w:r>
      <w:r w:rsidR="005654BD" w:rsidRPr="00560725">
        <w:rPr>
          <w:rFonts w:ascii="Arial" w:hAnsi="Arial" w:cs="Arial"/>
        </w:rPr>
        <w:br/>
      </w:r>
    </w:p>
    <w:p w14:paraId="3F6ED17D" w14:textId="77777777" w:rsidR="00B667A5" w:rsidRPr="00560725" w:rsidRDefault="006E104C">
      <w:pPr>
        <w:pStyle w:val="Heading2"/>
        <w:rPr>
          <w:rFonts w:ascii="Arial" w:hAnsi="Arial" w:cs="Arial"/>
        </w:rPr>
      </w:pPr>
      <w:r w:rsidRPr="00560725">
        <w:rPr>
          <w:rFonts w:ascii="Arial" w:hAnsi="Arial" w:cs="Arial"/>
        </w:rPr>
        <w:t>About Your Project</w:t>
      </w:r>
    </w:p>
    <w:p w14:paraId="026B2C64" w14:textId="77777777" w:rsidR="00C7277D" w:rsidRDefault="006E104C">
      <w:pPr>
        <w:rPr>
          <w:rFonts w:ascii="Arial" w:hAnsi="Arial" w:cs="Arial"/>
        </w:rPr>
      </w:pPr>
      <w:r w:rsidRPr="00560725">
        <w:rPr>
          <w:rFonts w:ascii="Arial" w:hAnsi="Arial" w:cs="Arial"/>
        </w:rPr>
        <w:t>1. What do you want to do? (Maximum 200 words)</w:t>
      </w:r>
      <w:r w:rsidRPr="00560725">
        <w:rPr>
          <w:rFonts w:ascii="Arial" w:hAnsi="Arial" w:cs="Arial"/>
        </w:rPr>
        <w:br/>
      </w:r>
      <w:r w:rsidRPr="00560725">
        <w:rPr>
          <w:rFonts w:ascii="Arial" w:hAnsi="Arial" w:cs="Arial"/>
        </w:rPr>
        <w:br/>
        <w:t>2. Who will benefit and how? (Maximum 200 words)</w:t>
      </w:r>
      <w:r w:rsidRPr="00560725">
        <w:rPr>
          <w:rFonts w:ascii="Arial" w:hAnsi="Arial" w:cs="Arial"/>
        </w:rPr>
        <w:br/>
      </w:r>
      <w:r w:rsidRPr="00560725">
        <w:rPr>
          <w:rFonts w:ascii="Arial" w:hAnsi="Arial" w:cs="Arial"/>
        </w:rPr>
        <w:br/>
        <w:t>3. How does your project support community pride, resilience or bringing people together? (Maximum 200 words)</w:t>
      </w:r>
    </w:p>
    <w:p w14:paraId="2BF56419" w14:textId="3121FAC4" w:rsidR="00FB621B" w:rsidRPr="00FB621B" w:rsidRDefault="006E104C" w:rsidP="00FB621B">
      <w:pPr>
        <w:rPr>
          <w:rFonts w:ascii="Arial" w:hAnsi="Arial" w:cs="Arial"/>
        </w:rPr>
      </w:pPr>
      <w:r w:rsidRPr="00560725">
        <w:rPr>
          <w:rFonts w:ascii="Arial" w:hAnsi="Arial" w:cs="Arial"/>
        </w:rPr>
        <w:br/>
      </w:r>
      <w:r w:rsidR="00FB621B">
        <w:rPr>
          <w:rFonts w:ascii="Arial" w:hAnsi="Arial" w:cs="Arial"/>
        </w:rPr>
        <w:t>4</w:t>
      </w:r>
      <w:r w:rsidR="00FB621B" w:rsidRPr="00FB621B">
        <w:rPr>
          <w:rFonts w:ascii="Arial" w:hAnsi="Arial" w:cs="Arial"/>
        </w:rPr>
        <w:t xml:space="preserve">. </w:t>
      </w:r>
      <w:r w:rsidR="00FB621B">
        <w:rPr>
          <w:rFonts w:ascii="Arial" w:hAnsi="Arial" w:cs="Arial"/>
        </w:rPr>
        <w:t>How will your project ensure that activities are inclus</w:t>
      </w:r>
      <w:r w:rsidR="00A72CD6">
        <w:rPr>
          <w:rFonts w:ascii="Arial" w:hAnsi="Arial" w:cs="Arial"/>
        </w:rPr>
        <w:t xml:space="preserve">ive and accessible to </w:t>
      </w:r>
      <w:r w:rsidR="004C09A4">
        <w:rPr>
          <w:rFonts w:ascii="Arial" w:hAnsi="Arial" w:cs="Arial"/>
        </w:rPr>
        <w:t>residents of Burnley</w:t>
      </w:r>
      <w:r w:rsidR="00A72CD6">
        <w:rPr>
          <w:rFonts w:ascii="Arial" w:hAnsi="Arial" w:cs="Arial"/>
        </w:rPr>
        <w:t>?</w:t>
      </w:r>
      <w:r w:rsidR="00FB621B" w:rsidRPr="00FB621B">
        <w:rPr>
          <w:rFonts w:ascii="Arial" w:hAnsi="Arial" w:cs="Arial"/>
        </w:rPr>
        <w:t xml:space="preserve"> (Maximum 200 words)</w:t>
      </w:r>
    </w:p>
    <w:p w14:paraId="31103755" w14:textId="4672C8DA" w:rsidR="001F5DDC" w:rsidRPr="00FB621B" w:rsidRDefault="001F5DDC" w:rsidP="001F5DDC">
      <w:pPr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Pr="00FB621B">
        <w:rPr>
          <w:rFonts w:ascii="Arial" w:hAnsi="Arial" w:cs="Arial"/>
        </w:rPr>
        <w:t xml:space="preserve">. </w:t>
      </w:r>
      <w:r w:rsidR="001F6507">
        <w:rPr>
          <w:rFonts w:ascii="Arial" w:hAnsi="Arial" w:cs="Arial"/>
        </w:rPr>
        <w:t>What lasting benefits will remain after the grant funding has ended</w:t>
      </w:r>
      <w:r>
        <w:rPr>
          <w:rFonts w:ascii="Arial" w:hAnsi="Arial" w:cs="Arial"/>
        </w:rPr>
        <w:t>?</w:t>
      </w:r>
      <w:r w:rsidRPr="00FB621B">
        <w:rPr>
          <w:rFonts w:ascii="Arial" w:hAnsi="Arial" w:cs="Arial"/>
        </w:rPr>
        <w:t xml:space="preserve"> (Maximum 200 words)</w:t>
      </w:r>
    </w:p>
    <w:p w14:paraId="30FA1A13" w14:textId="77777777" w:rsidR="00B667A5" w:rsidRPr="00560725" w:rsidRDefault="006E104C">
      <w:pPr>
        <w:pStyle w:val="Heading2"/>
        <w:rPr>
          <w:rFonts w:ascii="Arial" w:hAnsi="Arial" w:cs="Arial"/>
        </w:rPr>
      </w:pPr>
      <w:r w:rsidRPr="00560725">
        <w:rPr>
          <w:rFonts w:ascii="Arial" w:hAnsi="Arial" w:cs="Arial"/>
        </w:rPr>
        <w:t>Project Costs</w:t>
      </w:r>
    </w:p>
    <w:p w14:paraId="05C706B3" w14:textId="77777777" w:rsidR="00B667A5" w:rsidRDefault="006E104C">
      <w:pPr>
        <w:rPr>
          <w:rFonts w:ascii="Arial" w:hAnsi="Arial" w:cs="Arial"/>
        </w:rPr>
      </w:pPr>
      <w:r w:rsidRPr="00560725">
        <w:rPr>
          <w:rFonts w:ascii="Arial" w:hAnsi="Arial" w:cs="Arial"/>
        </w:rPr>
        <w:t>Provide a simple breakdown of project costs and explain why the costs are needed.</w:t>
      </w:r>
    </w:p>
    <w:p w14:paraId="15A79F3D" w14:textId="31944D3D" w:rsidR="00996BA1" w:rsidRPr="00560725" w:rsidRDefault="00996BA1">
      <w:pPr>
        <w:rPr>
          <w:rFonts w:ascii="Arial" w:hAnsi="Arial" w:cs="Arial"/>
        </w:rPr>
      </w:pPr>
      <w:r>
        <w:rPr>
          <w:rFonts w:ascii="Arial" w:hAnsi="Arial" w:cs="Arial"/>
        </w:rPr>
        <w:t>Explain how you will ensure the project will be delivered by the end of March 2027 with key milestones?</w:t>
      </w:r>
    </w:p>
    <w:p w14:paraId="3F58B28E" w14:textId="77777777" w:rsidR="00B667A5" w:rsidRPr="00560725" w:rsidRDefault="006E104C">
      <w:pPr>
        <w:pStyle w:val="Heading2"/>
        <w:rPr>
          <w:rFonts w:ascii="Arial" w:hAnsi="Arial" w:cs="Arial"/>
        </w:rPr>
      </w:pPr>
      <w:r w:rsidRPr="00560725">
        <w:rPr>
          <w:rFonts w:ascii="Arial" w:hAnsi="Arial" w:cs="Arial"/>
        </w:rPr>
        <w:lastRenderedPageBreak/>
        <w:t>Monitoring</w:t>
      </w:r>
    </w:p>
    <w:p w14:paraId="48C6CDE6" w14:textId="77777777" w:rsidR="00B667A5" w:rsidRPr="00560725" w:rsidRDefault="006E104C">
      <w:pPr>
        <w:rPr>
          <w:rFonts w:ascii="Arial" w:hAnsi="Arial" w:cs="Arial"/>
        </w:rPr>
      </w:pPr>
      <w:r w:rsidRPr="00560725">
        <w:rPr>
          <w:rFonts w:ascii="Arial" w:hAnsi="Arial" w:cs="Arial"/>
        </w:rPr>
        <w:t>How will you know your project has been successful? (Maximum 100 words)</w:t>
      </w:r>
    </w:p>
    <w:p w14:paraId="0DD5C201" w14:textId="77777777" w:rsidR="00B667A5" w:rsidRPr="00560725" w:rsidRDefault="006E104C">
      <w:pPr>
        <w:pStyle w:val="Heading2"/>
        <w:rPr>
          <w:rFonts w:ascii="Arial" w:hAnsi="Arial" w:cs="Arial"/>
        </w:rPr>
      </w:pPr>
      <w:r w:rsidRPr="00560725">
        <w:rPr>
          <w:rFonts w:ascii="Arial" w:hAnsi="Arial" w:cs="Arial"/>
        </w:rPr>
        <w:t>Declaration</w:t>
      </w:r>
    </w:p>
    <w:p w14:paraId="5C8064D9" w14:textId="77777777" w:rsidR="00B667A5" w:rsidRPr="00560725" w:rsidRDefault="006E104C">
      <w:pPr>
        <w:rPr>
          <w:rFonts w:ascii="Arial" w:hAnsi="Arial" w:cs="Arial"/>
        </w:rPr>
      </w:pPr>
      <w:r w:rsidRPr="00560725">
        <w:rPr>
          <w:rFonts w:ascii="Arial" w:hAnsi="Arial" w:cs="Arial"/>
        </w:rPr>
        <w:t>I confirm that the information provided is accurate and that any grant awarded will be used for the purposes described in this application.</w:t>
      </w:r>
      <w:r w:rsidRPr="00560725">
        <w:rPr>
          <w:rFonts w:ascii="Arial" w:hAnsi="Arial" w:cs="Arial"/>
        </w:rPr>
        <w:br/>
      </w:r>
      <w:r w:rsidRPr="00560725">
        <w:rPr>
          <w:rFonts w:ascii="Arial" w:hAnsi="Arial" w:cs="Arial"/>
        </w:rPr>
        <w:br/>
        <w:t>Signed:</w:t>
      </w:r>
      <w:r w:rsidRPr="00560725">
        <w:rPr>
          <w:rFonts w:ascii="Arial" w:hAnsi="Arial" w:cs="Arial"/>
        </w:rPr>
        <w:br/>
        <w:t>Date:</w:t>
      </w:r>
      <w:r w:rsidRPr="00560725">
        <w:rPr>
          <w:rFonts w:ascii="Arial" w:hAnsi="Arial" w:cs="Arial"/>
        </w:rPr>
        <w:br/>
      </w:r>
    </w:p>
    <w:p w14:paraId="44A9B36C" w14:textId="77777777" w:rsidR="00B667A5" w:rsidRPr="00560725" w:rsidRDefault="006E104C">
      <w:pPr>
        <w:rPr>
          <w:rFonts w:ascii="Arial" w:hAnsi="Arial" w:cs="Arial"/>
        </w:rPr>
      </w:pPr>
      <w:r w:rsidRPr="00560725">
        <w:rPr>
          <w:rFonts w:ascii="Arial" w:hAnsi="Arial" w:cs="Arial"/>
        </w:rPr>
        <w:br w:type="page"/>
      </w:r>
    </w:p>
    <w:p w14:paraId="3D5500DD" w14:textId="77777777" w:rsidR="00B667A5" w:rsidRPr="00560725" w:rsidRDefault="006E104C">
      <w:pPr>
        <w:pStyle w:val="Heading1"/>
        <w:rPr>
          <w:rFonts w:ascii="Arial" w:hAnsi="Arial" w:cs="Arial"/>
        </w:rPr>
      </w:pPr>
      <w:r w:rsidRPr="00560725">
        <w:rPr>
          <w:rFonts w:ascii="Arial" w:hAnsi="Arial" w:cs="Arial"/>
        </w:rPr>
        <w:lastRenderedPageBreak/>
        <w:t>2. Guidance Notes for Applicants</w:t>
      </w:r>
    </w:p>
    <w:p w14:paraId="010EF4D5" w14:textId="77777777" w:rsidR="00B667A5" w:rsidRPr="00560725" w:rsidRDefault="006E104C">
      <w:pPr>
        <w:rPr>
          <w:rFonts w:ascii="Arial" w:hAnsi="Arial" w:cs="Arial"/>
        </w:rPr>
      </w:pPr>
      <w:r w:rsidRPr="00560725">
        <w:rPr>
          <w:rFonts w:ascii="Arial" w:hAnsi="Arial" w:cs="Arial"/>
        </w:rPr>
        <w:t>The Community Pride Small Grants Programme supports projects that strengthen community engagement, resilience, independence, neighbourhood pride and community cohesion.</w:t>
      </w:r>
      <w:r w:rsidRPr="00560725">
        <w:rPr>
          <w:rFonts w:ascii="Arial" w:hAnsi="Arial" w:cs="Arial"/>
        </w:rPr>
        <w:br/>
      </w:r>
      <w:r w:rsidRPr="00560725">
        <w:rPr>
          <w:rFonts w:ascii="Arial" w:hAnsi="Arial" w:cs="Arial"/>
        </w:rPr>
        <w:br/>
        <w:t>Applications should be simple, clear and proportionate. We recognise that many applicants are small grassroots organisations and do not expect lengthy responses.</w:t>
      </w:r>
      <w:r w:rsidRPr="00560725">
        <w:rPr>
          <w:rFonts w:ascii="Arial" w:hAnsi="Arial" w:cs="Arial"/>
        </w:rPr>
        <w:br/>
      </w:r>
    </w:p>
    <w:p w14:paraId="35D33AFD" w14:textId="77777777" w:rsidR="00B667A5" w:rsidRPr="00560725" w:rsidRDefault="006E104C">
      <w:pPr>
        <w:pStyle w:val="Heading2"/>
        <w:rPr>
          <w:rFonts w:ascii="Arial" w:hAnsi="Arial" w:cs="Arial"/>
        </w:rPr>
      </w:pPr>
      <w:r w:rsidRPr="00560725">
        <w:rPr>
          <w:rFonts w:ascii="Arial" w:hAnsi="Arial" w:cs="Arial"/>
        </w:rPr>
        <w:t>What We Will Fund</w:t>
      </w:r>
    </w:p>
    <w:p w14:paraId="038ACAD1" w14:textId="46566E7E" w:rsidR="00B667A5" w:rsidRPr="00560725" w:rsidRDefault="006E104C">
      <w:pPr>
        <w:rPr>
          <w:rFonts w:ascii="Arial" w:hAnsi="Arial" w:cs="Arial"/>
        </w:rPr>
      </w:pPr>
      <w:r w:rsidRPr="00560725">
        <w:rPr>
          <w:rFonts w:ascii="Arial" w:hAnsi="Arial" w:cs="Arial"/>
        </w:rPr>
        <w:t xml:space="preserve">Examples include community events, volunteering projects, youth activities, environmental improvement initiatives, community wellbeing projects, skills sharing, homework clubs and intergenerational </w:t>
      </w:r>
      <w:r w:rsidR="00230F43">
        <w:rPr>
          <w:rFonts w:ascii="Arial" w:hAnsi="Arial" w:cs="Arial"/>
        </w:rPr>
        <w:t>and inter</w:t>
      </w:r>
      <w:r w:rsidR="00F4536E">
        <w:rPr>
          <w:rFonts w:ascii="Arial" w:hAnsi="Arial" w:cs="Arial"/>
        </w:rPr>
        <w:t xml:space="preserve">community </w:t>
      </w:r>
      <w:r w:rsidRPr="00560725">
        <w:rPr>
          <w:rFonts w:ascii="Arial" w:hAnsi="Arial" w:cs="Arial"/>
        </w:rPr>
        <w:t>activities.</w:t>
      </w:r>
    </w:p>
    <w:p w14:paraId="7E9356C4" w14:textId="77777777" w:rsidR="00B667A5" w:rsidRPr="00560725" w:rsidRDefault="006E104C">
      <w:pPr>
        <w:pStyle w:val="Heading2"/>
        <w:rPr>
          <w:rFonts w:ascii="Arial" w:hAnsi="Arial" w:cs="Arial"/>
        </w:rPr>
      </w:pPr>
      <w:r w:rsidRPr="00560725">
        <w:rPr>
          <w:rFonts w:ascii="Arial" w:hAnsi="Arial" w:cs="Arial"/>
        </w:rPr>
        <w:t>What We Cannot Fund</w:t>
      </w:r>
    </w:p>
    <w:p w14:paraId="757488CC" w14:textId="77777777" w:rsidR="00B667A5" w:rsidRPr="00560725" w:rsidRDefault="006E104C">
      <w:pPr>
        <w:rPr>
          <w:rFonts w:ascii="Arial" w:hAnsi="Arial" w:cs="Arial"/>
        </w:rPr>
      </w:pPr>
      <w:r w:rsidRPr="00560725">
        <w:rPr>
          <w:rFonts w:ascii="Arial" w:hAnsi="Arial" w:cs="Arial"/>
        </w:rPr>
        <w:t>Large capital projects, building renovations, land purchases, political activity, promotion of a specific religious viewpoint, costs already incurred and activities receiving duplicate funding.</w:t>
      </w:r>
    </w:p>
    <w:p w14:paraId="12B0F405" w14:textId="77777777" w:rsidR="00B667A5" w:rsidRPr="00560725" w:rsidRDefault="006E104C">
      <w:pPr>
        <w:pStyle w:val="Heading2"/>
        <w:rPr>
          <w:rFonts w:ascii="Arial" w:hAnsi="Arial" w:cs="Arial"/>
        </w:rPr>
      </w:pPr>
      <w:r w:rsidRPr="00560725">
        <w:rPr>
          <w:rFonts w:ascii="Arial" w:hAnsi="Arial" w:cs="Arial"/>
        </w:rPr>
        <w:t>How Applications Are Assessed</w:t>
      </w:r>
    </w:p>
    <w:p w14:paraId="298E2BAD" w14:textId="77777777" w:rsidR="00B667A5" w:rsidRPr="00560725" w:rsidRDefault="006E104C">
      <w:pPr>
        <w:rPr>
          <w:rFonts w:ascii="Arial" w:hAnsi="Arial" w:cs="Arial"/>
        </w:rPr>
      </w:pPr>
      <w:r w:rsidRPr="00560725">
        <w:rPr>
          <w:rFonts w:ascii="Arial" w:hAnsi="Arial" w:cs="Arial"/>
        </w:rPr>
        <w:t>Applications will be assessed by a Community Pride Grants Assessment Panel comprising representatives from Burnley Council and an independent representative from Burnley, Pendle and Rossendale CVS.</w:t>
      </w:r>
      <w:r w:rsidRPr="00560725">
        <w:rPr>
          <w:rFonts w:ascii="Arial" w:hAnsi="Arial" w:cs="Arial"/>
        </w:rPr>
        <w:br/>
      </w:r>
      <w:r w:rsidRPr="00560725">
        <w:rPr>
          <w:rFonts w:ascii="Arial" w:hAnsi="Arial" w:cs="Arial"/>
        </w:rPr>
        <w:br/>
        <w:t>All panel members will be required to declare any actual, potential or perceived conflict of interest in relation to any application being considered.</w:t>
      </w:r>
      <w:r w:rsidRPr="00560725">
        <w:rPr>
          <w:rFonts w:ascii="Arial" w:hAnsi="Arial" w:cs="Arial"/>
        </w:rPr>
        <w:br/>
      </w:r>
      <w:r w:rsidRPr="00560725">
        <w:rPr>
          <w:rFonts w:ascii="Arial" w:hAnsi="Arial" w:cs="Arial"/>
        </w:rPr>
        <w:br/>
        <w:t>Where a conflict of interest is identified, the panel member will take no part in the assessment, scoring, discussion or decision-making process for that application and this will be recorded in the assessment record.</w:t>
      </w:r>
      <w:r w:rsidRPr="00560725">
        <w:rPr>
          <w:rFonts w:ascii="Arial" w:hAnsi="Arial" w:cs="Arial"/>
        </w:rPr>
        <w:br/>
      </w:r>
      <w:r w:rsidRPr="00560725">
        <w:rPr>
          <w:rFonts w:ascii="Arial" w:hAnsi="Arial" w:cs="Arial"/>
        </w:rPr>
        <w:br/>
        <w:t>The Council will ensure that all funding decisions are made fairly, transparently and in accordance with the Community Pride Small Grants Policy and published assessment criteria.</w:t>
      </w:r>
      <w:r w:rsidRPr="00560725">
        <w:rPr>
          <w:rFonts w:ascii="Arial" w:hAnsi="Arial" w:cs="Arial"/>
        </w:rPr>
        <w:br/>
      </w:r>
    </w:p>
    <w:p w14:paraId="4E2E46BE" w14:textId="77777777" w:rsidR="00B667A5" w:rsidRPr="00560725" w:rsidRDefault="006E104C">
      <w:pPr>
        <w:rPr>
          <w:rFonts w:ascii="Arial" w:hAnsi="Arial" w:cs="Arial"/>
        </w:rPr>
      </w:pPr>
      <w:r w:rsidRPr="00560725">
        <w:rPr>
          <w:rFonts w:ascii="Arial" w:hAnsi="Arial" w:cs="Arial"/>
        </w:rPr>
        <w:br w:type="page"/>
      </w:r>
    </w:p>
    <w:p w14:paraId="605CB805" w14:textId="77777777" w:rsidR="00B667A5" w:rsidRPr="00560725" w:rsidRDefault="006E104C">
      <w:pPr>
        <w:pStyle w:val="Heading1"/>
        <w:rPr>
          <w:rFonts w:ascii="Arial" w:hAnsi="Arial" w:cs="Arial"/>
        </w:rPr>
      </w:pPr>
      <w:r w:rsidRPr="00560725">
        <w:rPr>
          <w:rFonts w:ascii="Arial" w:hAnsi="Arial" w:cs="Arial"/>
        </w:rPr>
        <w:lastRenderedPageBreak/>
        <w:t>3. Eligibility Assessment Checklist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B667A5" w:rsidRPr="00560725" w14:paraId="51A36895" w14:textId="77777777">
        <w:tc>
          <w:tcPr>
            <w:tcW w:w="2880" w:type="dxa"/>
          </w:tcPr>
          <w:p w14:paraId="600C7F37" w14:textId="77777777" w:rsidR="00B667A5" w:rsidRPr="00560725" w:rsidRDefault="006E104C">
            <w:pPr>
              <w:rPr>
                <w:rFonts w:ascii="Arial" w:hAnsi="Arial" w:cs="Arial"/>
              </w:rPr>
            </w:pPr>
            <w:r w:rsidRPr="00560725">
              <w:rPr>
                <w:rFonts w:ascii="Arial" w:hAnsi="Arial" w:cs="Arial"/>
              </w:rPr>
              <w:t>Eligibility Check</w:t>
            </w:r>
          </w:p>
        </w:tc>
        <w:tc>
          <w:tcPr>
            <w:tcW w:w="2880" w:type="dxa"/>
          </w:tcPr>
          <w:p w14:paraId="5A79544B" w14:textId="77777777" w:rsidR="00B667A5" w:rsidRPr="00560725" w:rsidRDefault="006E104C">
            <w:pPr>
              <w:rPr>
                <w:rFonts w:ascii="Arial" w:hAnsi="Arial" w:cs="Arial"/>
              </w:rPr>
            </w:pPr>
            <w:r w:rsidRPr="00560725">
              <w:rPr>
                <w:rFonts w:ascii="Arial" w:hAnsi="Arial" w:cs="Arial"/>
              </w:rPr>
              <w:t>Pass/Fail</w:t>
            </w:r>
          </w:p>
        </w:tc>
        <w:tc>
          <w:tcPr>
            <w:tcW w:w="2880" w:type="dxa"/>
          </w:tcPr>
          <w:p w14:paraId="7BA3AFFD" w14:textId="77777777" w:rsidR="00B667A5" w:rsidRPr="00560725" w:rsidRDefault="006E104C">
            <w:pPr>
              <w:rPr>
                <w:rFonts w:ascii="Arial" w:hAnsi="Arial" w:cs="Arial"/>
              </w:rPr>
            </w:pPr>
            <w:r w:rsidRPr="00560725">
              <w:rPr>
                <w:rFonts w:ascii="Arial" w:hAnsi="Arial" w:cs="Arial"/>
              </w:rPr>
              <w:t>Comments</w:t>
            </w:r>
          </w:p>
        </w:tc>
      </w:tr>
      <w:tr w:rsidR="00B667A5" w:rsidRPr="00560725" w14:paraId="6369EB78" w14:textId="77777777">
        <w:tc>
          <w:tcPr>
            <w:tcW w:w="2880" w:type="dxa"/>
          </w:tcPr>
          <w:p w14:paraId="04EFF6B9" w14:textId="77777777" w:rsidR="00B667A5" w:rsidRPr="00560725" w:rsidRDefault="006E104C">
            <w:pPr>
              <w:rPr>
                <w:rFonts w:ascii="Arial" w:hAnsi="Arial" w:cs="Arial"/>
              </w:rPr>
            </w:pPr>
            <w:r w:rsidRPr="00560725">
              <w:rPr>
                <w:rFonts w:ascii="Arial" w:hAnsi="Arial" w:cs="Arial"/>
              </w:rPr>
              <w:t>Organisation is not-for-profit</w:t>
            </w:r>
          </w:p>
        </w:tc>
        <w:tc>
          <w:tcPr>
            <w:tcW w:w="2880" w:type="dxa"/>
          </w:tcPr>
          <w:p w14:paraId="04D8BB7A" w14:textId="77777777" w:rsidR="00B667A5" w:rsidRPr="00560725" w:rsidRDefault="00B667A5">
            <w:pPr>
              <w:rPr>
                <w:rFonts w:ascii="Arial" w:hAnsi="Arial" w:cs="Arial"/>
              </w:rPr>
            </w:pPr>
          </w:p>
        </w:tc>
        <w:tc>
          <w:tcPr>
            <w:tcW w:w="2880" w:type="dxa"/>
          </w:tcPr>
          <w:p w14:paraId="099CE781" w14:textId="77777777" w:rsidR="00B667A5" w:rsidRPr="00560725" w:rsidRDefault="00B667A5">
            <w:pPr>
              <w:rPr>
                <w:rFonts w:ascii="Arial" w:hAnsi="Arial" w:cs="Arial"/>
              </w:rPr>
            </w:pPr>
          </w:p>
        </w:tc>
      </w:tr>
      <w:tr w:rsidR="00B667A5" w:rsidRPr="00560725" w14:paraId="7123A3FA" w14:textId="77777777">
        <w:tc>
          <w:tcPr>
            <w:tcW w:w="2880" w:type="dxa"/>
          </w:tcPr>
          <w:p w14:paraId="717B4FDB" w14:textId="77777777" w:rsidR="00B667A5" w:rsidRPr="00560725" w:rsidRDefault="006E104C">
            <w:pPr>
              <w:rPr>
                <w:rFonts w:ascii="Arial" w:hAnsi="Arial" w:cs="Arial"/>
              </w:rPr>
            </w:pPr>
            <w:r w:rsidRPr="00560725">
              <w:rPr>
                <w:rFonts w:ascii="Arial" w:hAnsi="Arial" w:cs="Arial"/>
              </w:rPr>
              <w:t>Based in or delivering activity within Burnley</w:t>
            </w:r>
          </w:p>
        </w:tc>
        <w:tc>
          <w:tcPr>
            <w:tcW w:w="2880" w:type="dxa"/>
          </w:tcPr>
          <w:p w14:paraId="22B368AA" w14:textId="77777777" w:rsidR="00B667A5" w:rsidRPr="00560725" w:rsidRDefault="00B667A5">
            <w:pPr>
              <w:rPr>
                <w:rFonts w:ascii="Arial" w:hAnsi="Arial" w:cs="Arial"/>
              </w:rPr>
            </w:pPr>
          </w:p>
        </w:tc>
        <w:tc>
          <w:tcPr>
            <w:tcW w:w="2880" w:type="dxa"/>
          </w:tcPr>
          <w:p w14:paraId="57C30F02" w14:textId="77777777" w:rsidR="00B667A5" w:rsidRPr="00560725" w:rsidRDefault="00B667A5">
            <w:pPr>
              <w:rPr>
                <w:rFonts w:ascii="Arial" w:hAnsi="Arial" w:cs="Arial"/>
              </w:rPr>
            </w:pPr>
          </w:p>
        </w:tc>
      </w:tr>
      <w:tr w:rsidR="00B667A5" w:rsidRPr="00560725" w14:paraId="6B6C3F20" w14:textId="77777777">
        <w:tc>
          <w:tcPr>
            <w:tcW w:w="2880" w:type="dxa"/>
          </w:tcPr>
          <w:p w14:paraId="7F56AF5E" w14:textId="77777777" w:rsidR="00B667A5" w:rsidRPr="00560725" w:rsidRDefault="006E104C">
            <w:pPr>
              <w:rPr>
                <w:rFonts w:ascii="Arial" w:hAnsi="Arial" w:cs="Arial"/>
              </w:rPr>
            </w:pPr>
            <w:r w:rsidRPr="00560725">
              <w:rPr>
                <w:rFonts w:ascii="Arial" w:hAnsi="Arial" w:cs="Arial"/>
              </w:rPr>
              <w:t>Grant request between £1,000 and £10,000</w:t>
            </w:r>
          </w:p>
        </w:tc>
        <w:tc>
          <w:tcPr>
            <w:tcW w:w="2880" w:type="dxa"/>
          </w:tcPr>
          <w:p w14:paraId="3B92AB99" w14:textId="77777777" w:rsidR="00B667A5" w:rsidRPr="00560725" w:rsidRDefault="00B667A5">
            <w:pPr>
              <w:rPr>
                <w:rFonts w:ascii="Arial" w:hAnsi="Arial" w:cs="Arial"/>
              </w:rPr>
            </w:pPr>
          </w:p>
        </w:tc>
        <w:tc>
          <w:tcPr>
            <w:tcW w:w="2880" w:type="dxa"/>
          </w:tcPr>
          <w:p w14:paraId="04CDEF91" w14:textId="77777777" w:rsidR="00B667A5" w:rsidRPr="00560725" w:rsidRDefault="00B667A5">
            <w:pPr>
              <w:rPr>
                <w:rFonts w:ascii="Arial" w:hAnsi="Arial" w:cs="Arial"/>
              </w:rPr>
            </w:pPr>
          </w:p>
        </w:tc>
      </w:tr>
      <w:tr w:rsidR="00B667A5" w:rsidRPr="00560725" w14:paraId="7D9BE376" w14:textId="77777777">
        <w:tc>
          <w:tcPr>
            <w:tcW w:w="2880" w:type="dxa"/>
          </w:tcPr>
          <w:p w14:paraId="32BEAA55" w14:textId="77777777" w:rsidR="00B667A5" w:rsidRPr="00560725" w:rsidRDefault="006E104C">
            <w:pPr>
              <w:rPr>
                <w:rFonts w:ascii="Arial" w:hAnsi="Arial" w:cs="Arial"/>
              </w:rPr>
            </w:pPr>
            <w:r w:rsidRPr="00560725">
              <w:rPr>
                <w:rFonts w:ascii="Arial" w:hAnsi="Arial" w:cs="Arial"/>
              </w:rPr>
              <w:t>Project completes by 31 March 2027</w:t>
            </w:r>
          </w:p>
        </w:tc>
        <w:tc>
          <w:tcPr>
            <w:tcW w:w="2880" w:type="dxa"/>
          </w:tcPr>
          <w:p w14:paraId="57995485" w14:textId="77777777" w:rsidR="00B667A5" w:rsidRPr="00560725" w:rsidRDefault="00B667A5">
            <w:pPr>
              <w:rPr>
                <w:rFonts w:ascii="Arial" w:hAnsi="Arial" w:cs="Arial"/>
              </w:rPr>
            </w:pPr>
          </w:p>
        </w:tc>
        <w:tc>
          <w:tcPr>
            <w:tcW w:w="2880" w:type="dxa"/>
          </w:tcPr>
          <w:p w14:paraId="304C63C2" w14:textId="77777777" w:rsidR="00B667A5" w:rsidRPr="00560725" w:rsidRDefault="00B667A5">
            <w:pPr>
              <w:rPr>
                <w:rFonts w:ascii="Arial" w:hAnsi="Arial" w:cs="Arial"/>
              </w:rPr>
            </w:pPr>
          </w:p>
        </w:tc>
      </w:tr>
      <w:tr w:rsidR="00B667A5" w:rsidRPr="00560725" w14:paraId="1CF02991" w14:textId="77777777">
        <w:tc>
          <w:tcPr>
            <w:tcW w:w="2880" w:type="dxa"/>
          </w:tcPr>
          <w:p w14:paraId="60722BD6" w14:textId="77777777" w:rsidR="00B667A5" w:rsidRPr="00560725" w:rsidRDefault="006E104C">
            <w:pPr>
              <w:rPr>
                <w:rFonts w:ascii="Arial" w:hAnsi="Arial" w:cs="Arial"/>
              </w:rPr>
            </w:pPr>
            <w:r w:rsidRPr="00560725">
              <w:rPr>
                <w:rFonts w:ascii="Arial" w:hAnsi="Arial" w:cs="Arial"/>
              </w:rPr>
              <w:t>Eligible activity</w:t>
            </w:r>
          </w:p>
        </w:tc>
        <w:tc>
          <w:tcPr>
            <w:tcW w:w="2880" w:type="dxa"/>
          </w:tcPr>
          <w:p w14:paraId="1708A841" w14:textId="77777777" w:rsidR="00B667A5" w:rsidRPr="00560725" w:rsidRDefault="00B667A5">
            <w:pPr>
              <w:rPr>
                <w:rFonts w:ascii="Arial" w:hAnsi="Arial" w:cs="Arial"/>
              </w:rPr>
            </w:pPr>
          </w:p>
        </w:tc>
        <w:tc>
          <w:tcPr>
            <w:tcW w:w="2880" w:type="dxa"/>
          </w:tcPr>
          <w:p w14:paraId="422B9497" w14:textId="77777777" w:rsidR="00B667A5" w:rsidRPr="00560725" w:rsidRDefault="00B667A5">
            <w:pPr>
              <w:rPr>
                <w:rFonts w:ascii="Arial" w:hAnsi="Arial" w:cs="Arial"/>
              </w:rPr>
            </w:pPr>
          </w:p>
        </w:tc>
      </w:tr>
      <w:tr w:rsidR="00B667A5" w:rsidRPr="00560725" w14:paraId="7BC3DDF5" w14:textId="77777777">
        <w:tc>
          <w:tcPr>
            <w:tcW w:w="2880" w:type="dxa"/>
          </w:tcPr>
          <w:p w14:paraId="447768CE" w14:textId="77777777" w:rsidR="00B667A5" w:rsidRPr="00560725" w:rsidRDefault="006E104C">
            <w:pPr>
              <w:rPr>
                <w:rFonts w:ascii="Arial" w:hAnsi="Arial" w:cs="Arial"/>
              </w:rPr>
            </w:pPr>
            <w:r w:rsidRPr="00560725">
              <w:rPr>
                <w:rFonts w:ascii="Arial" w:hAnsi="Arial" w:cs="Arial"/>
              </w:rPr>
              <w:t>No ineligible expenditure identified</w:t>
            </w:r>
          </w:p>
        </w:tc>
        <w:tc>
          <w:tcPr>
            <w:tcW w:w="2880" w:type="dxa"/>
          </w:tcPr>
          <w:p w14:paraId="33FC8B77" w14:textId="77777777" w:rsidR="00B667A5" w:rsidRPr="00560725" w:rsidRDefault="00B667A5">
            <w:pPr>
              <w:rPr>
                <w:rFonts w:ascii="Arial" w:hAnsi="Arial" w:cs="Arial"/>
              </w:rPr>
            </w:pPr>
          </w:p>
        </w:tc>
        <w:tc>
          <w:tcPr>
            <w:tcW w:w="2880" w:type="dxa"/>
          </w:tcPr>
          <w:p w14:paraId="7A7F2BE5" w14:textId="77777777" w:rsidR="00B667A5" w:rsidRPr="00560725" w:rsidRDefault="00B667A5">
            <w:pPr>
              <w:rPr>
                <w:rFonts w:ascii="Arial" w:hAnsi="Arial" w:cs="Arial"/>
              </w:rPr>
            </w:pPr>
          </w:p>
        </w:tc>
      </w:tr>
      <w:tr w:rsidR="00B667A5" w:rsidRPr="00560725" w14:paraId="4B27F97A" w14:textId="77777777">
        <w:tc>
          <w:tcPr>
            <w:tcW w:w="2880" w:type="dxa"/>
          </w:tcPr>
          <w:p w14:paraId="24270441" w14:textId="77777777" w:rsidR="00B667A5" w:rsidRPr="00560725" w:rsidRDefault="006E104C">
            <w:pPr>
              <w:rPr>
                <w:rFonts w:ascii="Arial" w:hAnsi="Arial" w:cs="Arial"/>
              </w:rPr>
            </w:pPr>
            <w:r w:rsidRPr="00560725">
              <w:rPr>
                <w:rFonts w:ascii="Arial" w:hAnsi="Arial" w:cs="Arial"/>
              </w:rPr>
              <w:t>Required documents provided</w:t>
            </w:r>
          </w:p>
        </w:tc>
        <w:tc>
          <w:tcPr>
            <w:tcW w:w="2880" w:type="dxa"/>
          </w:tcPr>
          <w:p w14:paraId="07DAFC05" w14:textId="77777777" w:rsidR="00B667A5" w:rsidRPr="00560725" w:rsidRDefault="00B667A5">
            <w:pPr>
              <w:rPr>
                <w:rFonts w:ascii="Arial" w:hAnsi="Arial" w:cs="Arial"/>
              </w:rPr>
            </w:pPr>
          </w:p>
        </w:tc>
        <w:tc>
          <w:tcPr>
            <w:tcW w:w="2880" w:type="dxa"/>
          </w:tcPr>
          <w:p w14:paraId="77030D73" w14:textId="77777777" w:rsidR="00B667A5" w:rsidRPr="00560725" w:rsidRDefault="00B667A5">
            <w:pPr>
              <w:rPr>
                <w:rFonts w:ascii="Arial" w:hAnsi="Arial" w:cs="Arial"/>
              </w:rPr>
            </w:pPr>
          </w:p>
        </w:tc>
      </w:tr>
    </w:tbl>
    <w:p w14:paraId="579A8B2B" w14:textId="77777777" w:rsidR="00B667A5" w:rsidRPr="00560725" w:rsidRDefault="006E104C">
      <w:pPr>
        <w:rPr>
          <w:rFonts w:ascii="Arial" w:hAnsi="Arial" w:cs="Arial"/>
        </w:rPr>
      </w:pPr>
      <w:r w:rsidRPr="00560725">
        <w:rPr>
          <w:rFonts w:ascii="Arial" w:hAnsi="Arial" w:cs="Arial"/>
        </w:rPr>
        <w:br w:type="page"/>
      </w:r>
    </w:p>
    <w:p w14:paraId="5ED9E642" w14:textId="77777777" w:rsidR="00B667A5" w:rsidRPr="00560725" w:rsidRDefault="006E104C">
      <w:pPr>
        <w:pStyle w:val="Heading1"/>
        <w:rPr>
          <w:rFonts w:ascii="Arial" w:hAnsi="Arial" w:cs="Arial"/>
        </w:rPr>
      </w:pPr>
      <w:r w:rsidRPr="00560725">
        <w:rPr>
          <w:rFonts w:ascii="Arial" w:hAnsi="Arial" w:cs="Arial"/>
        </w:rPr>
        <w:lastRenderedPageBreak/>
        <w:t>4. Assessment Panel Scoring Sheet</w:t>
      </w:r>
    </w:p>
    <w:p w14:paraId="6863528F" w14:textId="77777777" w:rsidR="00B667A5" w:rsidRPr="00560725" w:rsidRDefault="006E104C">
      <w:pPr>
        <w:rPr>
          <w:rFonts w:ascii="Arial" w:hAnsi="Arial" w:cs="Arial"/>
        </w:rPr>
      </w:pPr>
      <w:r w:rsidRPr="00560725">
        <w:rPr>
          <w:rFonts w:ascii="Arial" w:hAnsi="Arial" w:cs="Arial"/>
        </w:rPr>
        <w:t>Applications will be assessed by a Community Pride Grants Assessment Panel comprising representatives from Burnley Council and an independent representative from Burnley, Pendle and Rossendale CVS.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B667A5" w:rsidRPr="00560725" w14:paraId="79F82712" w14:textId="77777777">
        <w:tc>
          <w:tcPr>
            <w:tcW w:w="2160" w:type="dxa"/>
          </w:tcPr>
          <w:p w14:paraId="456316F5" w14:textId="77777777" w:rsidR="00B667A5" w:rsidRPr="00560725" w:rsidRDefault="006E104C">
            <w:pPr>
              <w:rPr>
                <w:rFonts w:ascii="Arial" w:hAnsi="Arial" w:cs="Arial"/>
              </w:rPr>
            </w:pPr>
            <w:r w:rsidRPr="00560725">
              <w:rPr>
                <w:rFonts w:ascii="Arial" w:hAnsi="Arial" w:cs="Arial"/>
              </w:rPr>
              <w:t>Criteria</w:t>
            </w:r>
          </w:p>
        </w:tc>
        <w:tc>
          <w:tcPr>
            <w:tcW w:w="2160" w:type="dxa"/>
          </w:tcPr>
          <w:p w14:paraId="05749B23" w14:textId="77777777" w:rsidR="00B667A5" w:rsidRPr="00560725" w:rsidRDefault="006E104C">
            <w:pPr>
              <w:rPr>
                <w:rFonts w:ascii="Arial" w:hAnsi="Arial" w:cs="Arial"/>
              </w:rPr>
            </w:pPr>
            <w:r w:rsidRPr="00560725">
              <w:rPr>
                <w:rFonts w:ascii="Arial" w:hAnsi="Arial" w:cs="Arial"/>
              </w:rPr>
              <w:t>Weighting</w:t>
            </w:r>
          </w:p>
        </w:tc>
        <w:tc>
          <w:tcPr>
            <w:tcW w:w="2160" w:type="dxa"/>
          </w:tcPr>
          <w:p w14:paraId="657030EE" w14:textId="77777777" w:rsidR="00B667A5" w:rsidRPr="00560725" w:rsidRDefault="006E104C">
            <w:pPr>
              <w:rPr>
                <w:rFonts w:ascii="Arial" w:hAnsi="Arial" w:cs="Arial"/>
              </w:rPr>
            </w:pPr>
            <w:r w:rsidRPr="00560725">
              <w:rPr>
                <w:rFonts w:ascii="Arial" w:hAnsi="Arial" w:cs="Arial"/>
              </w:rPr>
              <w:t>Score (0-5)</w:t>
            </w:r>
          </w:p>
        </w:tc>
        <w:tc>
          <w:tcPr>
            <w:tcW w:w="2160" w:type="dxa"/>
          </w:tcPr>
          <w:p w14:paraId="1C12028A" w14:textId="77777777" w:rsidR="00B667A5" w:rsidRPr="00560725" w:rsidRDefault="006E104C">
            <w:pPr>
              <w:rPr>
                <w:rFonts w:ascii="Arial" w:hAnsi="Arial" w:cs="Arial"/>
              </w:rPr>
            </w:pPr>
            <w:r w:rsidRPr="00560725">
              <w:rPr>
                <w:rFonts w:ascii="Arial" w:hAnsi="Arial" w:cs="Arial"/>
              </w:rPr>
              <w:t>Weighted Score</w:t>
            </w:r>
          </w:p>
        </w:tc>
      </w:tr>
      <w:tr w:rsidR="00B667A5" w:rsidRPr="00560725" w14:paraId="24C66151" w14:textId="77777777">
        <w:tc>
          <w:tcPr>
            <w:tcW w:w="2160" w:type="dxa"/>
          </w:tcPr>
          <w:p w14:paraId="3FFFCD8F" w14:textId="77777777" w:rsidR="00B667A5" w:rsidRPr="00560725" w:rsidRDefault="006E104C">
            <w:pPr>
              <w:rPr>
                <w:rFonts w:ascii="Arial" w:hAnsi="Arial" w:cs="Arial"/>
              </w:rPr>
            </w:pPr>
            <w:r w:rsidRPr="00560725">
              <w:rPr>
                <w:rFonts w:ascii="Arial" w:hAnsi="Arial" w:cs="Arial"/>
              </w:rPr>
              <w:t>Community benefit and inclusivity</w:t>
            </w:r>
          </w:p>
        </w:tc>
        <w:tc>
          <w:tcPr>
            <w:tcW w:w="2160" w:type="dxa"/>
          </w:tcPr>
          <w:p w14:paraId="537DAFB4" w14:textId="77777777" w:rsidR="00B667A5" w:rsidRPr="00560725" w:rsidRDefault="006E104C">
            <w:pPr>
              <w:rPr>
                <w:rFonts w:ascii="Arial" w:hAnsi="Arial" w:cs="Arial"/>
              </w:rPr>
            </w:pPr>
            <w:r w:rsidRPr="00560725">
              <w:rPr>
                <w:rFonts w:ascii="Arial" w:hAnsi="Arial" w:cs="Arial"/>
              </w:rPr>
              <w:t>x3</w:t>
            </w:r>
          </w:p>
        </w:tc>
        <w:tc>
          <w:tcPr>
            <w:tcW w:w="2160" w:type="dxa"/>
          </w:tcPr>
          <w:p w14:paraId="17CA748B" w14:textId="77777777" w:rsidR="00B667A5" w:rsidRPr="00560725" w:rsidRDefault="00B667A5">
            <w:pPr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14:paraId="4CE5BE67" w14:textId="77777777" w:rsidR="00B667A5" w:rsidRPr="00560725" w:rsidRDefault="00B667A5">
            <w:pPr>
              <w:rPr>
                <w:rFonts w:ascii="Arial" w:hAnsi="Arial" w:cs="Arial"/>
              </w:rPr>
            </w:pPr>
          </w:p>
        </w:tc>
      </w:tr>
      <w:tr w:rsidR="00B667A5" w:rsidRPr="00560725" w14:paraId="5448C98F" w14:textId="77777777">
        <w:tc>
          <w:tcPr>
            <w:tcW w:w="2160" w:type="dxa"/>
          </w:tcPr>
          <w:p w14:paraId="6990297B" w14:textId="77777777" w:rsidR="00B667A5" w:rsidRPr="00560725" w:rsidRDefault="006E104C">
            <w:pPr>
              <w:rPr>
                <w:rFonts w:ascii="Arial" w:hAnsi="Arial" w:cs="Arial"/>
              </w:rPr>
            </w:pPr>
            <w:r w:rsidRPr="00560725">
              <w:rPr>
                <w:rFonts w:ascii="Arial" w:hAnsi="Arial" w:cs="Arial"/>
              </w:rPr>
              <w:t>Community pride and resilience</w:t>
            </w:r>
          </w:p>
        </w:tc>
        <w:tc>
          <w:tcPr>
            <w:tcW w:w="2160" w:type="dxa"/>
          </w:tcPr>
          <w:p w14:paraId="5A943158" w14:textId="77777777" w:rsidR="00B667A5" w:rsidRPr="00560725" w:rsidRDefault="006E104C">
            <w:pPr>
              <w:rPr>
                <w:rFonts w:ascii="Arial" w:hAnsi="Arial" w:cs="Arial"/>
              </w:rPr>
            </w:pPr>
            <w:r w:rsidRPr="00560725">
              <w:rPr>
                <w:rFonts w:ascii="Arial" w:hAnsi="Arial" w:cs="Arial"/>
              </w:rPr>
              <w:t>x3</w:t>
            </w:r>
          </w:p>
        </w:tc>
        <w:tc>
          <w:tcPr>
            <w:tcW w:w="2160" w:type="dxa"/>
          </w:tcPr>
          <w:p w14:paraId="0235D8C3" w14:textId="77777777" w:rsidR="00B667A5" w:rsidRPr="00560725" w:rsidRDefault="00B667A5">
            <w:pPr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14:paraId="66C95182" w14:textId="77777777" w:rsidR="00B667A5" w:rsidRPr="00560725" w:rsidRDefault="00B667A5">
            <w:pPr>
              <w:rPr>
                <w:rFonts w:ascii="Arial" w:hAnsi="Arial" w:cs="Arial"/>
              </w:rPr>
            </w:pPr>
          </w:p>
        </w:tc>
      </w:tr>
      <w:tr w:rsidR="00B667A5" w:rsidRPr="00560725" w14:paraId="46A1638A" w14:textId="77777777">
        <w:tc>
          <w:tcPr>
            <w:tcW w:w="2160" w:type="dxa"/>
          </w:tcPr>
          <w:p w14:paraId="076961EC" w14:textId="77777777" w:rsidR="00B667A5" w:rsidRPr="00560725" w:rsidRDefault="006E104C">
            <w:pPr>
              <w:rPr>
                <w:rFonts w:ascii="Arial" w:hAnsi="Arial" w:cs="Arial"/>
              </w:rPr>
            </w:pPr>
            <w:r w:rsidRPr="00560725">
              <w:rPr>
                <w:rFonts w:ascii="Arial" w:hAnsi="Arial" w:cs="Arial"/>
              </w:rPr>
              <w:t>Engagement of local residents</w:t>
            </w:r>
          </w:p>
        </w:tc>
        <w:tc>
          <w:tcPr>
            <w:tcW w:w="2160" w:type="dxa"/>
          </w:tcPr>
          <w:p w14:paraId="70DE4E95" w14:textId="77777777" w:rsidR="00B667A5" w:rsidRPr="00560725" w:rsidRDefault="006E104C">
            <w:pPr>
              <w:rPr>
                <w:rFonts w:ascii="Arial" w:hAnsi="Arial" w:cs="Arial"/>
              </w:rPr>
            </w:pPr>
            <w:r w:rsidRPr="00560725">
              <w:rPr>
                <w:rFonts w:ascii="Arial" w:hAnsi="Arial" w:cs="Arial"/>
              </w:rPr>
              <w:t>x2</w:t>
            </w:r>
          </w:p>
        </w:tc>
        <w:tc>
          <w:tcPr>
            <w:tcW w:w="2160" w:type="dxa"/>
          </w:tcPr>
          <w:p w14:paraId="1B799EA5" w14:textId="77777777" w:rsidR="00B667A5" w:rsidRPr="00560725" w:rsidRDefault="00B667A5">
            <w:pPr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14:paraId="23C7E4CD" w14:textId="77777777" w:rsidR="00B667A5" w:rsidRPr="00560725" w:rsidRDefault="00B667A5">
            <w:pPr>
              <w:rPr>
                <w:rFonts w:ascii="Arial" w:hAnsi="Arial" w:cs="Arial"/>
              </w:rPr>
            </w:pPr>
          </w:p>
        </w:tc>
      </w:tr>
      <w:tr w:rsidR="00B667A5" w:rsidRPr="00560725" w14:paraId="2B82C188" w14:textId="77777777">
        <w:tc>
          <w:tcPr>
            <w:tcW w:w="2160" w:type="dxa"/>
          </w:tcPr>
          <w:p w14:paraId="38748185" w14:textId="77777777" w:rsidR="00B667A5" w:rsidRPr="00560725" w:rsidRDefault="006E104C">
            <w:pPr>
              <w:rPr>
                <w:rFonts w:ascii="Arial" w:hAnsi="Arial" w:cs="Arial"/>
              </w:rPr>
            </w:pPr>
            <w:r w:rsidRPr="00560725">
              <w:rPr>
                <w:rFonts w:ascii="Arial" w:hAnsi="Arial" w:cs="Arial"/>
              </w:rPr>
              <w:t>Deliverability by March 2027</w:t>
            </w:r>
          </w:p>
        </w:tc>
        <w:tc>
          <w:tcPr>
            <w:tcW w:w="2160" w:type="dxa"/>
          </w:tcPr>
          <w:p w14:paraId="6899A3BB" w14:textId="77777777" w:rsidR="00B667A5" w:rsidRPr="00560725" w:rsidRDefault="006E104C">
            <w:pPr>
              <w:rPr>
                <w:rFonts w:ascii="Arial" w:hAnsi="Arial" w:cs="Arial"/>
              </w:rPr>
            </w:pPr>
            <w:r w:rsidRPr="00560725">
              <w:rPr>
                <w:rFonts w:ascii="Arial" w:hAnsi="Arial" w:cs="Arial"/>
              </w:rPr>
              <w:t>x3</w:t>
            </w:r>
          </w:p>
        </w:tc>
        <w:tc>
          <w:tcPr>
            <w:tcW w:w="2160" w:type="dxa"/>
          </w:tcPr>
          <w:p w14:paraId="692B23A8" w14:textId="77777777" w:rsidR="00B667A5" w:rsidRPr="00560725" w:rsidRDefault="00B667A5">
            <w:pPr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14:paraId="3703E55C" w14:textId="77777777" w:rsidR="00B667A5" w:rsidRPr="00560725" w:rsidRDefault="00B667A5">
            <w:pPr>
              <w:rPr>
                <w:rFonts w:ascii="Arial" w:hAnsi="Arial" w:cs="Arial"/>
              </w:rPr>
            </w:pPr>
          </w:p>
        </w:tc>
      </w:tr>
      <w:tr w:rsidR="00B667A5" w:rsidRPr="00560725" w14:paraId="4E08546C" w14:textId="77777777">
        <w:tc>
          <w:tcPr>
            <w:tcW w:w="2160" w:type="dxa"/>
          </w:tcPr>
          <w:p w14:paraId="52474058" w14:textId="77777777" w:rsidR="00B667A5" w:rsidRPr="00560725" w:rsidRDefault="006E104C">
            <w:pPr>
              <w:rPr>
                <w:rFonts w:ascii="Arial" w:hAnsi="Arial" w:cs="Arial"/>
              </w:rPr>
            </w:pPr>
            <w:r w:rsidRPr="00560725">
              <w:rPr>
                <w:rFonts w:ascii="Arial" w:hAnsi="Arial" w:cs="Arial"/>
              </w:rPr>
              <w:t>Value for money</w:t>
            </w:r>
          </w:p>
        </w:tc>
        <w:tc>
          <w:tcPr>
            <w:tcW w:w="2160" w:type="dxa"/>
          </w:tcPr>
          <w:p w14:paraId="127C43D1" w14:textId="77777777" w:rsidR="00B667A5" w:rsidRPr="00560725" w:rsidRDefault="006E104C">
            <w:pPr>
              <w:rPr>
                <w:rFonts w:ascii="Arial" w:hAnsi="Arial" w:cs="Arial"/>
              </w:rPr>
            </w:pPr>
            <w:r w:rsidRPr="00560725">
              <w:rPr>
                <w:rFonts w:ascii="Arial" w:hAnsi="Arial" w:cs="Arial"/>
              </w:rPr>
              <w:t>x2</w:t>
            </w:r>
          </w:p>
        </w:tc>
        <w:tc>
          <w:tcPr>
            <w:tcW w:w="2160" w:type="dxa"/>
          </w:tcPr>
          <w:p w14:paraId="44426638" w14:textId="77777777" w:rsidR="00B667A5" w:rsidRPr="00560725" w:rsidRDefault="00B667A5">
            <w:pPr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14:paraId="42583C26" w14:textId="77777777" w:rsidR="00B667A5" w:rsidRPr="00560725" w:rsidRDefault="00B667A5">
            <w:pPr>
              <w:rPr>
                <w:rFonts w:ascii="Arial" w:hAnsi="Arial" w:cs="Arial"/>
              </w:rPr>
            </w:pPr>
          </w:p>
        </w:tc>
      </w:tr>
      <w:tr w:rsidR="00B667A5" w:rsidRPr="00560725" w14:paraId="096B07C9" w14:textId="77777777">
        <w:tc>
          <w:tcPr>
            <w:tcW w:w="2160" w:type="dxa"/>
          </w:tcPr>
          <w:p w14:paraId="309B8C2D" w14:textId="77777777" w:rsidR="00B667A5" w:rsidRPr="00560725" w:rsidRDefault="006E104C">
            <w:pPr>
              <w:rPr>
                <w:rFonts w:ascii="Arial" w:hAnsi="Arial" w:cs="Arial"/>
              </w:rPr>
            </w:pPr>
            <w:r w:rsidRPr="00560725">
              <w:rPr>
                <w:rFonts w:ascii="Arial" w:hAnsi="Arial" w:cs="Arial"/>
              </w:rPr>
              <w:t>Sustainability / lasting impact</w:t>
            </w:r>
          </w:p>
        </w:tc>
        <w:tc>
          <w:tcPr>
            <w:tcW w:w="2160" w:type="dxa"/>
          </w:tcPr>
          <w:p w14:paraId="5A5D6520" w14:textId="77777777" w:rsidR="00B667A5" w:rsidRPr="00560725" w:rsidRDefault="006E104C">
            <w:pPr>
              <w:rPr>
                <w:rFonts w:ascii="Arial" w:hAnsi="Arial" w:cs="Arial"/>
              </w:rPr>
            </w:pPr>
            <w:r w:rsidRPr="00560725">
              <w:rPr>
                <w:rFonts w:ascii="Arial" w:hAnsi="Arial" w:cs="Arial"/>
              </w:rPr>
              <w:t>x2</w:t>
            </w:r>
          </w:p>
        </w:tc>
        <w:tc>
          <w:tcPr>
            <w:tcW w:w="2160" w:type="dxa"/>
          </w:tcPr>
          <w:p w14:paraId="4BFD611A" w14:textId="77777777" w:rsidR="00B667A5" w:rsidRPr="00560725" w:rsidRDefault="00B667A5">
            <w:pPr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14:paraId="5283128A" w14:textId="77777777" w:rsidR="00B667A5" w:rsidRPr="00560725" w:rsidRDefault="00B667A5">
            <w:pPr>
              <w:rPr>
                <w:rFonts w:ascii="Arial" w:hAnsi="Arial" w:cs="Arial"/>
              </w:rPr>
            </w:pPr>
          </w:p>
        </w:tc>
      </w:tr>
    </w:tbl>
    <w:p w14:paraId="6A1660B7" w14:textId="77777777" w:rsidR="00B667A5" w:rsidRPr="00560725" w:rsidRDefault="006E104C">
      <w:pPr>
        <w:rPr>
          <w:rFonts w:ascii="Arial" w:hAnsi="Arial" w:cs="Arial"/>
        </w:rPr>
      </w:pPr>
      <w:r w:rsidRPr="00560725">
        <w:rPr>
          <w:rFonts w:ascii="Arial" w:hAnsi="Arial" w:cs="Arial"/>
        </w:rPr>
        <w:br/>
        <w:t>Funding Recommendation</w:t>
      </w:r>
      <w:r w:rsidRPr="00560725">
        <w:rPr>
          <w:rFonts w:ascii="Arial" w:hAnsi="Arial" w:cs="Arial"/>
        </w:rPr>
        <w:br/>
      </w:r>
      <w:r w:rsidRPr="00560725">
        <w:rPr>
          <w:rFonts w:ascii="Arial" w:hAnsi="Arial" w:cs="Arial"/>
        </w:rPr>
        <w:br/>
        <w:t>24–30 = Strongly Recommend</w:t>
      </w:r>
      <w:r w:rsidRPr="00560725">
        <w:rPr>
          <w:rFonts w:ascii="Arial" w:hAnsi="Arial" w:cs="Arial"/>
        </w:rPr>
        <w:br/>
        <w:t>18–23 = Recommend</w:t>
      </w:r>
      <w:r w:rsidRPr="00560725">
        <w:rPr>
          <w:rFonts w:ascii="Arial" w:hAnsi="Arial" w:cs="Arial"/>
        </w:rPr>
        <w:br/>
        <w:t>12–17 = Consider with Conditions</w:t>
      </w:r>
      <w:r w:rsidRPr="00560725">
        <w:rPr>
          <w:rFonts w:ascii="Arial" w:hAnsi="Arial" w:cs="Arial"/>
        </w:rPr>
        <w:br/>
        <w:t>0–11 = Do Not Recommend</w:t>
      </w:r>
      <w:r w:rsidRPr="00560725">
        <w:rPr>
          <w:rFonts w:ascii="Arial" w:hAnsi="Arial" w:cs="Arial"/>
        </w:rPr>
        <w:br/>
      </w:r>
    </w:p>
    <w:p w14:paraId="77893D3F" w14:textId="77777777" w:rsidR="00B667A5" w:rsidRPr="00560725" w:rsidRDefault="006E104C">
      <w:pPr>
        <w:rPr>
          <w:rFonts w:ascii="Arial" w:hAnsi="Arial" w:cs="Arial"/>
        </w:rPr>
      </w:pPr>
      <w:r w:rsidRPr="00560725">
        <w:rPr>
          <w:rFonts w:ascii="Arial" w:hAnsi="Arial" w:cs="Arial"/>
        </w:rPr>
        <w:br w:type="page"/>
      </w:r>
    </w:p>
    <w:p w14:paraId="66FF81E3" w14:textId="77777777" w:rsidR="00B667A5" w:rsidRPr="00560725" w:rsidRDefault="006E104C">
      <w:pPr>
        <w:pStyle w:val="Heading1"/>
        <w:rPr>
          <w:rFonts w:ascii="Arial" w:hAnsi="Arial" w:cs="Arial"/>
        </w:rPr>
      </w:pPr>
      <w:r w:rsidRPr="00560725">
        <w:rPr>
          <w:rFonts w:ascii="Arial" w:hAnsi="Arial" w:cs="Arial"/>
        </w:rPr>
        <w:lastRenderedPageBreak/>
        <w:t>5. Panel Moderation and Decision Record</w:t>
      </w:r>
    </w:p>
    <w:p w14:paraId="7326BFCC" w14:textId="77777777" w:rsidR="00B667A5" w:rsidRPr="00560725" w:rsidRDefault="006E104C">
      <w:pPr>
        <w:rPr>
          <w:rFonts w:ascii="Arial" w:hAnsi="Arial" w:cs="Arial"/>
        </w:rPr>
      </w:pPr>
      <w:r w:rsidRPr="00560725">
        <w:rPr>
          <w:rFonts w:ascii="Arial" w:hAnsi="Arial" w:cs="Arial"/>
        </w:rPr>
        <w:t>Project Name:</w:t>
      </w:r>
      <w:r w:rsidRPr="00560725">
        <w:rPr>
          <w:rFonts w:ascii="Arial" w:hAnsi="Arial" w:cs="Arial"/>
        </w:rPr>
        <w:br/>
      </w:r>
      <w:r w:rsidRPr="00560725">
        <w:rPr>
          <w:rFonts w:ascii="Arial" w:hAnsi="Arial" w:cs="Arial"/>
        </w:rPr>
        <w:br/>
        <w:t>Amount Requested:</w:t>
      </w:r>
      <w:r w:rsidRPr="00560725">
        <w:rPr>
          <w:rFonts w:ascii="Arial" w:hAnsi="Arial" w:cs="Arial"/>
        </w:rPr>
        <w:br/>
      </w:r>
      <w:r w:rsidRPr="00560725">
        <w:rPr>
          <w:rFonts w:ascii="Arial" w:hAnsi="Arial" w:cs="Arial"/>
        </w:rPr>
        <w:br/>
        <w:t>Eligibility Check Passed: Yes / No</w:t>
      </w:r>
      <w:r w:rsidRPr="00560725">
        <w:rPr>
          <w:rFonts w:ascii="Arial" w:hAnsi="Arial" w:cs="Arial"/>
        </w:rPr>
        <w:br/>
      </w:r>
      <w:r w:rsidRPr="00560725">
        <w:rPr>
          <w:rFonts w:ascii="Arial" w:hAnsi="Arial" w:cs="Arial"/>
        </w:rPr>
        <w:br/>
        <w:t>Average Panel Score:</w:t>
      </w:r>
      <w:r w:rsidRPr="00560725">
        <w:rPr>
          <w:rFonts w:ascii="Arial" w:hAnsi="Arial" w:cs="Arial"/>
        </w:rPr>
        <w:br/>
      </w:r>
      <w:r w:rsidRPr="00560725">
        <w:rPr>
          <w:rFonts w:ascii="Arial" w:hAnsi="Arial" w:cs="Arial"/>
        </w:rPr>
        <w:br/>
        <w:t>Conflicts of Interest Declared: Yes / No</w:t>
      </w:r>
      <w:r w:rsidRPr="00560725">
        <w:rPr>
          <w:rFonts w:ascii="Arial" w:hAnsi="Arial" w:cs="Arial"/>
        </w:rPr>
        <w:br/>
      </w:r>
      <w:r w:rsidRPr="00560725">
        <w:rPr>
          <w:rFonts w:ascii="Arial" w:hAnsi="Arial" w:cs="Arial"/>
        </w:rPr>
        <w:br/>
        <w:t>If yes, provide details and confirm the panel member did not participate in the assessment or decision:</w:t>
      </w:r>
      <w:r w:rsidRPr="00560725">
        <w:rPr>
          <w:rFonts w:ascii="Arial" w:hAnsi="Arial" w:cs="Arial"/>
        </w:rPr>
        <w:br/>
      </w:r>
      <w:r w:rsidRPr="00560725">
        <w:rPr>
          <w:rFonts w:ascii="Arial" w:hAnsi="Arial" w:cs="Arial"/>
        </w:rPr>
        <w:br/>
        <w:t>Decision:</w:t>
      </w:r>
      <w:r w:rsidRPr="00560725">
        <w:rPr>
          <w:rFonts w:ascii="Arial" w:hAnsi="Arial" w:cs="Arial"/>
        </w:rPr>
        <w:br/>
      </w:r>
      <w:r w:rsidRPr="00560725">
        <w:rPr>
          <w:rFonts w:ascii="Segoe UI Symbol" w:hAnsi="Segoe UI Symbol" w:cs="Segoe UI Symbol"/>
        </w:rPr>
        <w:t>☐</w:t>
      </w:r>
      <w:r w:rsidRPr="00560725">
        <w:rPr>
          <w:rFonts w:ascii="Arial" w:hAnsi="Arial" w:cs="Arial"/>
        </w:rPr>
        <w:t xml:space="preserve"> Approved in Full</w:t>
      </w:r>
      <w:r w:rsidRPr="00560725">
        <w:rPr>
          <w:rFonts w:ascii="Arial" w:hAnsi="Arial" w:cs="Arial"/>
        </w:rPr>
        <w:br/>
      </w:r>
      <w:r w:rsidRPr="00560725">
        <w:rPr>
          <w:rFonts w:ascii="Segoe UI Symbol" w:hAnsi="Segoe UI Symbol" w:cs="Segoe UI Symbol"/>
        </w:rPr>
        <w:t>☐</w:t>
      </w:r>
      <w:r w:rsidRPr="00560725">
        <w:rPr>
          <w:rFonts w:ascii="Arial" w:hAnsi="Arial" w:cs="Arial"/>
        </w:rPr>
        <w:t xml:space="preserve"> Approved with Conditions</w:t>
      </w:r>
      <w:r w:rsidRPr="00560725">
        <w:rPr>
          <w:rFonts w:ascii="Arial" w:hAnsi="Arial" w:cs="Arial"/>
        </w:rPr>
        <w:br/>
      </w:r>
      <w:r w:rsidRPr="00560725">
        <w:rPr>
          <w:rFonts w:ascii="Segoe UI Symbol" w:hAnsi="Segoe UI Symbol" w:cs="Segoe UI Symbol"/>
        </w:rPr>
        <w:t>☐</w:t>
      </w:r>
      <w:r w:rsidRPr="00560725">
        <w:rPr>
          <w:rFonts w:ascii="Arial" w:hAnsi="Arial" w:cs="Arial"/>
        </w:rPr>
        <w:t xml:space="preserve"> Partially Funded</w:t>
      </w:r>
      <w:r w:rsidRPr="00560725">
        <w:rPr>
          <w:rFonts w:ascii="Arial" w:hAnsi="Arial" w:cs="Arial"/>
        </w:rPr>
        <w:br/>
      </w:r>
      <w:r w:rsidRPr="00560725">
        <w:rPr>
          <w:rFonts w:ascii="Segoe UI Symbol" w:hAnsi="Segoe UI Symbol" w:cs="Segoe UI Symbol"/>
        </w:rPr>
        <w:t>☐</w:t>
      </w:r>
      <w:r w:rsidRPr="00560725">
        <w:rPr>
          <w:rFonts w:ascii="Arial" w:hAnsi="Arial" w:cs="Arial"/>
        </w:rPr>
        <w:t xml:space="preserve"> Not Approved</w:t>
      </w:r>
      <w:r w:rsidRPr="00560725">
        <w:rPr>
          <w:rFonts w:ascii="Arial" w:hAnsi="Arial" w:cs="Arial"/>
        </w:rPr>
        <w:br/>
      </w:r>
      <w:r w:rsidRPr="00560725">
        <w:rPr>
          <w:rFonts w:ascii="Arial" w:hAnsi="Arial" w:cs="Arial"/>
        </w:rPr>
        <w:br/>
        <w:t>Conditions / Comments:</w:t>
      </w:r>
      <w:r w:rsidRPr="00560725">
        <w:rPr>
          <w:rFonts w:ascii="Arial" w:hAnsi="Arial" w:cs="Arial"/>
        </w:rPr>
        <w:br/>
      </w:r>
      <w:r w:rsidRPr="00560725">
        <w:rPr>
          <w:rFonts w:ascii="Arial" w:hAnsi="Arial" w:cs="Arial"/>
        </w:rPr>
        <w:br/>
        <w:t>Panel Chair:</w:t>
      </w:r>
      <w:r w:rsidRPr="00560725">
        <w:rPr>
          <w:rFonts w:ascii="Arial" w:hAnsi="Arial" w:cs="Arial"/>
        </w:rPr>
        <w:br/>
      </w:r>
      <w:r w:rsidRPr="00560725">
        <w:rPr>
          <w:rFonts w:ascii="Arial" w:hAnsi="Arial" w:cs="Arial"/>
        </w:rPr>
        <w:br/>
        <w:t>Date:</w:t>
      </w:r>
      <w:r w:rsidRPr="00560725">
        <w:rPr>
          <w:rFonts w:ascii="Arial" w:hAnsi="Arial" w:cs="Arial"/>
        </w:rPr>
        <w:br/>
      </w:r>
    </w:p>
    <w:sectPr w:rsidR="00B667A5" w:rsidRPr="00560725" w:rsidSect="004D5CFE">
      <w:footerReference w:type="default" r:id="rId8"/>
      <w:pgSz w:w="12240" w:h="15840"/>
      <w:pgMar w:top="1440" w:right="1800" w:bottom="1440" w:left="180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A18529" w14:textId="77777777" w:rsidR="00E457D8" w:rsidRDefault="00E457D8" w:rsidP="0008110E">
      <w:pPr>
        <w:spacing w:after="0" w:line="240" w:lineRule="auto"/>
      </w:pPr>
      <w:r>
        <w:separator/>
      </w:r>
    </w:p>
  </w:endnote>
  <w:endnote w:type="continuationSeparator" w:id="0">
    <w:p w14:paraId="09E4A1A9" w14:textId="77777777" w:rsidR="00E457D8" w:rsidRDefault="00E457D8" w:rsidP="000811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83005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2C276B" w14:textId="24708A54" w:rsidR="0008110E" w:rsidRDefault="0008110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D309F51" w14:textId="77777777" w:rsidR="0008110E" w:rsidRDefault="000811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7C561F" w14:textId="77777777" w:rsidR="00E457D8" w:rsidRDefault="00E457D8" w:rsidP="0008110E">
      <w:pPr>
        <w:spacing w:after="0" w:line="240" w:lineRule="auto"/>
      </w:pPr>
      <w:r>
        <w:separator/>
      </w:r>
    </w:p>
  </w:footnote>
  <w:footnote w:type="continuationSeparator" w:id="0">
    <w:p w14:paraId="0B2D1999" w14:textId="77777777" w:rsidR="00E457D8" w:rsidRDefault="00E457D8" w:rsidP="000811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14793032">
    <w:abstractNumId w:val="8"/>
  </w:num>
  <w:num w:numId="2" w16cid:durableId="1065227747">
    <w:abstractNumId w:val="6"/>
  </w:num>
  <w:num w:numId="3" w16cid:durableId="1366784752">
    <w:abstractNumId w:val="5"/>
  </w:num>
  <w:num w:numId="4" w16cid:durableId="273824662">
    <w:abstractNumId w:val="4"/>
  </w:num>
  <w:num w:numId="5" w16cid:durableId="933441298">
    <w:abstractNumId w:val="7"/>
  </w:num>
  <w:num w:numId="6" w16cid:durableId="668944071">
    <w:abstractNumId w:val="3"/>
  </w:num>
  <w:num w:numId="7" w16cid:durableId="134681951">
    <w:abstractNumId w:val="2"/>
  </w:num>
  <w:num w:numId="8" w16cid:durableId="1356997687">
    <w:abstractNumId w:val="1"/>
  </w:num>
  <w:num w:numId="9" w16cid:durableId="10846910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6577F"/>
    <w:rsid w:val="0008110E"/>
    <w:rsid w:val="0015074B"/>
    <w:rsid w:val="001D1D4C"/>
    <w:rsid w:val="001F5DDC"/>
    <w:rsid w:val="001F6507"/>
    <w:rsid w:val="00230F43"/>
    <w:rsid w:val="0029639D"/>
    <w:rsid w:val="00326F90"/>
    <w:rsid w:val="004C09A4"/>
    <w:rsid w:val="004D5CFE"/>
    <w:rsid w:val="00560725"/>
    <w:rsid w:val="005654BD"/>
    <w:rsid w:val="006412B8"/>
    <w:rsid w:val="00664EF8"/>
    <w:rsid w:val="006E104C"/>
    <w:rsid w:val="007A7680"/>
    <w:rsid w:val="007E35C9"/>
    <w:rsid w:val="008952DA"/>
    <w:rsid w:val="00996BA1"/>
    <w:rsid w:val="00A41110"/>
    <w:rsid w:val="00A72CD6"/>
    <w:rsid w:val="00AA1D8D"/>
    <w:rsid w:val="00B16C71"/>
    <w:rsid w:val="00B47730"/>
    <w:rsid w:val="00B667A5"/>
    <w:rsid w:val="00BA003C"/>
    <w:rsid w:val="00C7277D"/>
    <w:rsid w:val="00CB0664"/>
    <w:rsid w:val="00E457D8"/>
    <w:rsid w:val="00F4536E"/>
    <w:rsid w:val="00F470E1"/>
    <w:rsid w:val="00FB621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34EE974"/>
  <w14:defaultImageDpi w14:val="300"/>
  <w15:docId w15:val="{CEA84ED8-A474-41BB-9F01-15C1A5F62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link w:val="NoSpacingChar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NoSpacingChar">
    <w:name w:val="No Spacing Char"/>
    <w:basedOn w:val="DefaultParagraphFont"/>
    <w:link w:val="NoSpacing"/>
    <w:uiPriority w:val="1"/>
    <w:rsid w:val="004D5C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8</Pages>
  <Words>701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Burnley Borough Council</Company>
  <LinksUpToDate>false</LinksUpToDate>
  <CharactersWithSpaces>4694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Community Pride Small Grants Programme 2026/27 Grant Pack</dc:title>
  <dc:subject/>
  <dc:creator/>
  <cp:keywords/>
  <dc:description>generated by python-docx</dc:description>
  <cp:lastModifiedBy>Clare Jackson</cp:lastModifiedBy>
  <cp:revision>23</cp:revision>
  <dcterms:created xsi:type="dcterms:W3CDTF">2026-06-01T07:51:00Z</dcterms:created>
  <dcterms:modified xsi:type="dcterms:W3CDTF">2026-06-01T14:01:00Z</dcterms:modified>
  <cp:category/>
</cp:coreProperties>
</file>